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BC8D5" w14:textId="62168862" w:rsidR="00F1561A" w:rsidRPr="00BB4546" w:rsidRDefault="00000000">
      <w:pPr>
        <w:pStyle w:val="Heading1"/>
        <w:rPr>
          <w:sz w:val="22"/>
          <w:szCs w:val="22"/>
        </w:rPr>
      </w:pPr>
      <w:r w:rsidRPr="00BB4546">
        <w:rPr>
          <w:sz w:val="22"/>
          <w:szCs w:val="22"/>
        </w:rPr>
        <w:t xml:space="preserve">Visiting Student Information </w:t>
      </w:r>
    </w:p>
    <w:tbl>
      <w:tblPr>
        <w:tblStyle w:val="TableGrid"/>
        <w:tblW w:w="0" w:type="auto"/>
        <w:tblLayout w:type="fixed"/>
        <w:tblLook w:val="04A0" w:firstRow="1" w:lastRow="0" w:firstColumn="1" w:lastColumn="0" w:noHBand="0" w:noVBand="1"/>
      </w:tblPr>
      <w:tblGrid>
        <w:gridCol w:w="1525"/>
        <w:gridCol w:w="1980"/>
        <w:gridCol w:w="1530"/>
        <w:gridCol w:w="1890"/>
        <w:gridCol w:w="1980"/>
        <w:gridCol w:w="4045"/>
      </w:tblGrid>
      <w:tr w:rsidR="009D5019" w:rsidRPr="00BB4546" w14:paraId="6B938C19" w14:textId="77777777" w:rsidTr="00C83004">
        <w:tc>
          <w:tcPr>
            <w:tcW w:w="1525" w:type="dxa"/>
          </w:tcPr>
          <w:p w14:paraId="28C45A7D" w14:textId="77777777" w:rsidR="00F1561A" w:rsidRPr="00BB4546" w:rsidRDefault="00000000">
            <w:r w:rsidRPr="00BB4546">
              <w:t>Institution</w:t>
            </w:r>
          </w:p>
        </w:tc>
        <w:tc>
          <w:tcPr>
            <w:tcW w:w="1980" w:type="dxa"/>
          </w:tcPr>
          <w:p w14:paraId="0FD02F5A" w14:textId="77777777" w:rsidR="00F1561A" w:rsidRPr="00BB4546" w:rsidRDefault="00000000">
            <w:r w:rsidRPr="00BB4546">
              <w:t>Contact person for visiting students</w:t>
            </w:r>
          </w:p>
        </w:tc>
        <w:tc>
          <w:tcPr>
            <w:tcW w:w="1530" w:type="dxa"/>
          </w:tcPr>
          <w:p w14:paraId="40B53D2D" w14:textId="77777777" w:rsidR="00F1561A" w:rsidRPr="00BB4546" w:rsidRDefault="00000000">
            <w:r w:rsidRPr="00BB4546">
              <w:t>Christian mentor contact</w:t>
            </w:r>
          </w:p>
        </w:tc>
        <w:tc>
          <w:tcPr>
            <w:tcW w:w="1890" w:type="dxa"/>
          </w:tcPr>
          <w:p w14:paraId="03F8CB02" w14:textId="77777777" w:rsidR="00F1561A" w:rsidRPr="00BB4546" w:rsidRDefault="00000000">
            <w:r w:rsidRPr="00BB4546">
              <w:t>Institution website/social media</w:t>
            </w:r>
          </w:p>
        </w:tc>
        <w:tc>
          <w:tcPr>
            <w:tcW w:w="1980" w:type="dxa"/>
          </w:tcPr>
          <w:p w14:paraId="7A90AF2A" w14:textId="77777777" w:rsidR="00F1561A" w:rsidRPr="00BB4546" w:rsidRDefault="00000000">
            <w:r w:rsidRPr="00BB4546">
              <w:t>Visit length (min/max)</w:t>
            </w:r>
          </w:p>
        </w:tc>
        <w:tc>
          <w:tcPr>
            <w:tcW w:w="4045" w:type="dxa"/>
          </w:tcPr>
          <w:p w14:paraId="1B9CDB3E" w14:textId="77777777" w:rsidR="00F1561A" w:rsidRPr="00BB4546" w:rsidRDefault="00000000">
            <w:r w:rsidRPr="00BB4546">
              <w:t>Accommodation details and cost</w:t>
            </w:r>
          </w:p>
        </w:tc>
      </w:tr>
      <w:tr w:rsidR="00A52AFA" w:rsidRPr="00BB4546" w14:paraId="419E2924" w14:textId="77777777" w:rsidTr="00266D4B">
        <w:tc>
          <w:tcPr>
            <w:tcW w:w="12950" w:type="dxa"/>
            <w:gridSpan w:val="6"/>
          </w:tcPr>
          <w:p w14:paraId="19147A22" w14:textId="3872BFAC" w:rsidR="00A52AFA" w:rsidRPr="00BB4546" w:rsidRDefault="00A52AFA">
            <w:r>
              <w:t>Inside South Africa</w:t>
            </w:r>
          </w:p>
        </w:tc>
      </w:tr>
      <w:tr w:rsidR="00A52AFA" w:rsidRPr="00BB4546" w14:paraId="7BA7B7AB" w14:textId="77777777" w:rsidTr="00C83004">
        <w:tc>
          <w:tcPr>
            <w:tcW w:w="1525" w:type="dxa"/>
          </w:tcPr>
          <w:p w14:paraId="5AAB86E6" w14:textId="7E09763E" w:rsidR="00A52AFA" w:rsidRPr="00BB4546" w:rsidRDefault="00A52AFA" w:rsidP="00A52AFA">
            <w:proofErr w:type="spellStart"/>
            <w:r w:rsidRPr="00BB4546">
              <w:t>Madwaleni</w:t>
            </w:r>
            <w:proofErr w:type="spellEnd"/>
            <w:r w:rsidRPr="00BB4546">
              <w:t xml:space="preserve"> Hospital, Eastern Cape, South Africa</w:t>
            </w:r>
          </w:p>
        </w:tc>
        <w:tc>
          <w:tcPr>
            <w:tcW w:w="1980" w:type="dxa"/>
          </w:tcPr>
          <w:p w14:paraId="01630518" w14:textId="4C0A111F" w:rsidR="00A52AFA" w:rsidRPr="00A52AFA" w:rsidRDefault="00A52AFA" w:rsidP="00A52AFA">
            <w:pPr>
              <w:rPr>
                <w:lang w:val="en-ZA"/>
              </w:rPr>
            </w:pPr>
            <w:r w:rsidRPr="00BB4546">
              <w:t xml:space="preserve">Tamryn </w:t>
            </w:r>
            <w:proofErr w:type="spellStart"/>
            <w:r w:rsidRPr="00BB4546">
              <w:t>Baytopp</w:t>
            </w:r>
            <w:proofErr w:type="spellEnd"/>
            <w:r w:rsidRPr="00BB4546">
              <w:br/>
              <w:t>0717628591</w:t>
            </w:r>
            <w:r w:rsidRPr="00BB4546">
              <w:br/>
              <w:t>tbaytopp@yahoo.com</w:t>
            </w:r>
          </w:p>
        </w:tc>
        <w:tc>
          <w:tcPr>
            <w:tcW w:w="1530" w:type="dxa"/>
          </w:tcPr>
          <w:p w14:paraId="4EC70D89" w14:textId="393FC1FB" w:rsidR="00A52AFA" w:rsidRPr="00BB4546" w:rsidRDefault="00A52AFA" w:rsidP="00A52AFA">
            <w:r w:rsidRPr="00BB4546">
              <w:t xml:space="preserve">Tamryn </w:t>
            </w:r>
            <w:proofErr w:type="spellStart"/>
            <w:r w:rsidRPr="00BB4546">
              <w:t>Baytopp</w:t>
            </w:r>
            <w:proofErr w:type="spellEnd"/>
            <w:r w:rsidRPr="00BB4546">
              <w:br/>
              <w:t>0717628591</w:t>
            </w:r>
            <w:r w:rsidRPr="00BB4546">
              <w:br/>
              <w:t>tbaytopp@yahoo.com</w:t>
            </w:r>
          </w:p>
        </w:tc>
        <w:tc>
          <w:tcPr>
            <w:tcW w:w="1890" w:type="dxa"/>
          </w:tcPr>
          <w:p w14:paraId="455F13DE" w14:textId="5E018D5A" w:rsidR="00A52AFA" w:rsidRPr="00BB4546" w:rsidRDefault="00A52AFA" w:rsidP="00A52AFA">
            <w:pPr>
              <w:rPr>
                <w:lang w:val="en-ZA"/>
              </w:rPr>
            </w:pPr>
            <w:r w:rsidRPr="00BB4546">
              <w:t xml:space="preserve">Facebook, </w:t>
            </w:r>
            <w:proofErr w:type="spellStart"/>
            <w:r w:rsidRPr="00BB4546">
              <w:t>Madwaleni</w:t>
            </w:r>
            <w:proofErr w:type="spellEnd"/>
            <w:r w:rsidRPr="00BB4546">
              <w:t xml:space="preserve"> Hospital on Instagram •Photos and Videos (very out of date)</w:t>
            </w:r>
          </w:p>
        </w:tc>
        <w:tc>
          <w:tcPr>
            <w:tcW w:w="1980" w:type="dxa"/>
          </w:tcPr>
          <w:p w14:paraId="6B89FB72" w14:textId="7C98A75C" w:rsidR="00A52AFA" w:rsidRPr="00BB4546" w:rsidRDefault="00A52AFA" w:rsidP="00A52AFA">
            <w:pPr>
              <w:rPr>
                <w:lang w:val="en-ZA"/>
              </w:rPr>
            </w:pPr>
            <w:r w:rsidRPr="00BB4546">
              <w:t>Depends on WSU student presence; must be discussed</w:t>
            </w:r>
          </w:p>
        </w:tc>
        <w:tc>
          <w:tcPr>
            <w:tcW w:w="4045" w:type="dxa"/>
          </w:tcPr>
          <w:p w14:paraId="27802F6A" w14:textId="07596352" w:rsidR="00A52AFA" w:rsidRPr="00BB4546" w:rsidRDefault="00A52AFA" w:rsidP="00A52AFA">
            <w:pPr>
              <w:rPr>
                <w:lang w:val="en-ZA"/>
              </w:rPr>
            </w:pPr>
            <w:proofErr w:type="gramStart"/>
            <w:r w:rsidRPr="00BB4546">
              <w:t>On-site;</w:t>
            </w:r>
            <w:proofErr w:type="gramEnd"/>
            <w:r w:rsidRPr="00BB4546">
              <w:t xml:space="preserve"> WSU student park home or doctors’ home; likely free</w:t>
            </w:r>
          </w:p>
        </w:tc>
      </w:tr>
      <w:tr w:rsidR="00A52AFA" w:rsidRPr="00BB4546" w14:paraId="2A53D6B7" w14:textId="77777777" w:rsidTr="00C83004">
        <w:tc>
          <w:tcPr>
            <w:tcW w:w="1525" w:type="dxa"/>
          </w:tcPr>
          <w:p w14:paraId="53E74CB3" w14:textId="77777777" w:rsidR="00A52AFA" w:rsidRPr="00801982" w:rsidRDefault="00A52AFA" w:rsidP="00A52AFA">
            <w:pPr>
              <w:rPr>
                <w:lang w:val="en-ZA"/>
              </w:rPr>
            </w:pPr>
          </w:p>
          <w:p w14:paraId="36D89BA9" w14:textId="3FB2EC84" w:rsidR="00A52AFA" w:rsidRPr="00801982" w:rsidRDefault="00A52AFA" w:rsidP="00A52AFA">
            <w:pPr>
              <w:rPr>
                <w:lang w:val="en-ZA"/>
              </w:rPr>
            </w:pPr>
            <w:r>
              <w:rPr>
                <w:lang w:val="en-ZA"/>
              </w:rPr>
              <w:t>Mseleni hospital, KZN, South Africa</w:t>
            </w:r>
          </w:p>
          <w:p w14:paraId="434DCE05" w14:textId="77777777" w:rsidR="00A52AFA" w:rsidRPr="00801982" w:rsidRDefault="00A52AFA" w:rsidP="00A52AFA">
            <w:pPr>
              <w:rPr>
                <w:lang w:val="en-ZA"/>
              </w:rPr>
            </w:pPr>
          </w:p>
          <w:p w14:paraId="6DEB1DDB" w14:textId="77777777" w:rsidR="00A52AFA" w:rsidRPr="00801982" w:rsidRDefault="00A52AFA" w:rsidP="00A52AFA">
            <w:pPr>
              <w:rPr>
                <w:lang w:val="en-ZA"/>
              </w:rPr>
            </w:pPr>
          </w:p>
          <w:p w14:paraId="25449031" w14:textId="77777777" w:rsidR="00A52AFA" w:rsidRPr="00801982" w:rsidRDefault="00A52AFA" w:rsidP="00A52AFA">
            <w:pPr>
              <w:rPr>
                <w:lang w:val="en-ZA"/>
              </w:rPr>
            </w:pPr>
          </w:p>
        </w:tc>
        <w:tc>
          <w:tcPr>
            <w:tcW w:w="1980" w:type="dxa"/>
          </w:tcPr>
          <w:p w14:paraId="1A6F42CA" w14:textId="31A4EE8F" w:rsidR="00A52AFA" w:rsidRPr="00801982" w:rsidRDefault="00A52AFA" w:rsidP="00A52AFA">
            <w:pPr>
              <w:rPr>
                <w:lang w:val="en-ZA"/>
              </w:rPr>
            </w:pPr>
            <w:r w:rsidRPr="00801982">
              <w:rPr>
                <w:lang w:val="en-ZA"/>
              </w:rPr>
              <w:t xml:space="preserve">Dr L.L Hobe-Nxumalo co-ordinate but </w:t>
            </w:r>
            <w:proofErr w:type="spellStart"/>
            <w:r w:rsidRPr="00801982">
              <w:rPr>
                <w:lang w:val="en-ZA"/>
              </w:rPr>
              <w:t>its</w:t>
            </w:r>
            <w:proofErr w:type="spellEnd"/>
            <w:r w:rsidRPr="00801982">
              <w:rPr>
                <w:lang w:val="en-ZA"/>
              </w:rPr>
              <w:t xml:space="preserve"> all done via our HRD office for appropriate approvals from the CEO. Our details follow- </w:t>
            </w:r>
            <w:hyperlink r:id="rId6" w:tgtFrame="_blank" w:history="1">
              <w:r w:rsidRPr="00801982">
                <w:rPr>
                  <w:rStyle w:val="Hyperlink"/>
                  <w:lang w:val="en-ZA"/>
                </w:rPr>
                <w:t>llhobe@gmail.com</w:t>
              </w:r>
            </w:hyperlink>
            <w:r w:rsidRPr="00801982">
              <w:rPr>
                <w:lang w:val="en-ZA"/>
              </w:rPr>
              <w:t>, </w:t>
            </w:r>
            <w:hyperlink r:id="rId7" w:history="1">
              <w:r w:rsidRPr="00801982">
                <w:rPr>
                  <w:rStyle w:val="Hyperlink"/>
                  <w:lang w:val="en-ZA"/>
                </w:rPr>
                <w:t>Lungile.Hobe@kznhealth.gov.za</w:t>
              </w:r>
            </w:hyperlink>
            <w:r w:rsidRPr="00801982">
              <w:rPr>
                <w:lang w:val="en-ZA"/>
              </w:rPr>
              <w:t>, </w:t>
            </w:r>
            <w:hyperlink r:id="rId8" w:tgtFrame="_blank" w:history="1">
              <w:r w:rsidRPr="00801982">
                <w:rPr>
                  <w:rStyle w:val="Hyperlink"/>
                  <w:lang w:val="en-ZA"/>
                </w:rPr>
                <w:t>Khululiwe.Nxumalo2@kznhealth.gov.za</w:t>
              </w:r>
            </w:hyperlink>
            <w:r w:rsidRPr="00801982">
              <w:rPr>
                <w:lang w:val="en-ZA"/>
              </w:rPr>
              <w:t>, </w:t>
            </w:r>
            <w:hyperlink r:id="rId9" w:tgtFrame="_blank" w:history="1">
              <w:r w:rsidRPr="00801982">
                <w:rPr>
                  <w:rStyle w:val="Hyperlink"/>
                  <w:lang w:val="en-ZA"/>
                </w:rPr>
                <w:t>mselenihospitalhrd@gmail.com</w:t>
              </w:r>
            </w:hyperlink>
          </w:p>
          <w:p w14:paraId="525C5E7F" w14:textId="77777777" w:rsidR="00A52AFA" w:rsidRPr="00801982" w:rsidRDefault="00A52AFA" w:rsidP="00A52AFA">
            <w:pPr>
              <w:rPr>
                <w:lang w:val="en-ZA"/>
              </w:rPr>
            </w:pPr>
          </w:p>
        </w:tc>
        <w:tc>
          <w:tcPr>
            <w:tcW w:w="1530" w:type="dxa"/>
          </w:tcPr>
          <w:p w14:paraId="20438FEF" w14:textId="66A8CB6A" w:rsidR="00A52AFA" w:rsidRPr="00801982" w:rsidRDefault="00A52AFA" w:rsidP="00A52AFA">
            <w:pPr>
              <w:rPr>
                <w:lang w:val="en-ZA"/>
              </w:rPr>
            </w:pPr>
            <w:r w:rsidRPr="00801982">
              <w:rPr>
                <w:lang w:val="en-ZA"/>
              </w:rPr>
              <w:t>Dr L.L Hobe-Nxumalo</w:t>
            </w:r>
          </w:p>
          <w:p w14:paraId="3CA21EE8" w14:textId="77777777" w:rsidR="00A52AFA" w:rsidRPr="00801982" w:rsidRDefault="00A52AFA" w:rsidP="00A52AFA">
            <w:pPr>
              <w:rPr>
                <w:lang w:val="en-ZA"/>
              </w:rPr>
            </w:pPr>
          </w:p>
        </w:tc>
        <w:tc>
          <w:tcPr>
            <w:tcW w:w="1890" w:type="dxa"/>
          </w:tcPr>
          <w:p w14:paraId="0D48F339" w14:textId="749086E2" w:rsidR="00A52AFA" w:rsidRPr="00801982" w:rsidRDefault="00A52AFA" w:rsidP="00A52AFA">
            <w:pPr>
              <w:rPr>
                <w:lang w:val="en-ZA"/>
              </w:rPr>
            </w:pPr>
            <w:r w:rsidRPr="00801982">
              <w:rPr>
                <w:lang w:val="en-ZA"/>
              </w:rPr>
              <w:t>KZN DOH ( </w:t>
            </w:r>
            <w:hyperlink r:id="rId10" w:tgtFrame="_blank" w:history="1">
              <w:r w:rsidRPr="00801982">
                <w:rPr>
                  <w:rStyle w:val="Hyperlink"/>
                  <w:lang w:val="en-ZA"/>
                </w:rPr>
                <w:t>https://www.kznhealth.gov.za</w:t>
              </w:r>
            </w:hyperlink>
            <w:r w:rsidRPr="00801982">
              <w:rPr>
                <w:lang w:val="en-ZA"/>
              </w:rPr>
              <w:t>) THEN SEARCH FOR MSELENI HOSPITAL</w:t>
            </w:r>
          </w:p>
          <w:p w14:paraId="32886BEB" w14:textId="77777777" w:rsidR="00A52AFA" w:rsidRPr="00801982" w:rsidRDefault="00A52AFA" w:rsidP="00A52AFA">
            <w:pPr>
              <w:rPr>
                <w:lang w:val="en-ZA"/>
              </w:rPr>
            </w:pPr>
          </w:p>
        </w:tc>
        <w:tc>
          <w:tcPr>
            <w:tcW w:w="1980" w:type="dxa"/>
          </w:tcPr>
          <w:p w14:paraId="3386203D" w14:textId="67938316" w:rsidR="00A52AFA" w:rsidRPr="00801982" w:rsidRDefault="00A52AFA" w:rsidP="00A52AFA">
            <w:pPr>
              <w:rPr>
                <w:lang w:val="en-ZA"/>
              </w:rPr>
            </w:pPr>
            <w:r w:rsidRPr="00801982">
              <w:rPr>
                <w:lang w:val="en-ZA"/>
              </w:rPr>
              <w:t>I often advocate for average 4weeks with 2 seeming too short and 6 being too long for students to be away from their usual environments (They often show burnout and loss of interest if here for too long) </w:t>
            </w:r>
          </w:p>
          <w:p w14:paraId="36A0F4B5" w14:textId="77777777" w:rsidR="00A52AFA" w:rsidRPr="00801982" w:rsidRDefault="00A52AFA" w:rsidP="00A52AFA">
            <w:pPr>
              <w:rPr>
                <w:lang w:val="en-ZA"/>
              </w:rPr>
            </w:pPr>
          </w:p>
        </w:tc>
        <w:tc>
          <w:tcPr>
            <w:tcW w:w="4045" w:type="dxa"/>
          </w:tcPr>
          <w:p w14:paraId="38AC562B" w14:textId="2118CDEB" w:rsidR="00A52AFA" w:rsidRPr="00801982" w:rsidRDefault="00A52AFA" w:rsidP="00A52AFA">
            <w:pPr>
              <w:rPr>
                <w:lang w:val="en-ZA"/>
              </w:rPr>
            </w:pPr>
            <w:r w:rsidRPr="00801982">
              <w:rPr>
                <w:lang w:val="en-ZA"/>
              </w:rPr>
              <w:t>accommodation depends on how much students can spend- we have a few options unfortunately onsite is full currently. more expensive will be around Sodwana area with lots of options, around Mseleni we have ex-</w:t>
            </w:r>
            <w:proofErr w:type="spellStart"/>
            <w:r w:rsidRPr="00801982">
              <w:rPr>
                <w:lang w:val="en-ZA"/>
              </w:rPr>
              <w:t>Fredlunds</w:t>
            </w:r>
            <w:proofErr w:type="spellEnd"/>
            <w:r w:rsidRPr="00801982">
              <w:rPr>
                <w:lang w:val="en-ZA"/>
              </w:rPr>
              <w:t xml:space="preserve"> house now owned by the </w:t>
            </w:r>
            <w:proofErr w:type="spellStart"/>
            <w:r w:rsidRPr="00801982">
              <w:rPr>
                <w:lang w:val="en-ZA"/>
              </w:rPr>
              <w:t>Mabikas</w:t>
            </w:r>
            <w:proofErr w:type="spellEnd"/>
            <w:r w:rsidRPr="00801982">
              <w:rPr>
                <w:lang w:val="en-ZA"/>
              </w:rPr>
              <w:t xml:space="preserve">- a Christian family who run Mseleni care and compassion ministries ) and another lady who runs a </w:t>
            </w:r>
            <w:proofErr w:type="spellStart"/>
            <w:r w:rsidRPr="00801982">
              <w:rPr>
                <w:lang w:val="en-ZA"/>
              </w:rPr>
              <w:t>self catering</w:t>
            </w:r>
            <w:proofErr w:type="spellEnd"/>
            <w:r w:rsidRPr="00801982">
              <w:rPr>
                <w:lang w:val="en-ZA"/>
              </w:rPr>
              <w:t xml:space="preserve"> BnB- she struggles with long term stay costing for  students but always willing to explore options). Happy to discuss this with students once they are approved to visit.</w:t>
            </w:r>
          </w:p>
          <w:p w14:paraId="57D89187" w14:textId="77777777" w:rsidR="00A52AFA" w:rsidRPr="00801982" w:rsidRDefault="00A52AFA" w:rsidP="00A52AFA">
            <w:pPr>
              <w:rPr>
                <w:lang w:val="en-ZA"/>
              </w:rPr>
            </w:pPr>
          </w:p>
        </w:tc>
      </w:tr>
      <w:tr w:rsidR="00A52AFA" w:rsidRPr="00BB4546" w14:paraId="4708D75B" w14:textId="77777777" w:rsidTr="00C83004">
        <w:tc>
          <w:tcPr>
            <w:tcW w:w="1525" w:type="dxa"/>
          </w:tcPr>
          <w:p w14:paraId="584D52CE" w14:textId="77777777" w:rsidR="00A52AFA" w:rsidRPr="00BB4546" w:rsidRDefault="00A52AFA" w:rsidP="00A52AFA"/>
        </w:tc>
        <w:tc>
          <w:tcPr>
            <w:tcW w:w="1980" w:type="dxa"/>
          </w:tcPr>
          <w:p w14:paraId="296E9C27" w14:textId="77777777" w:rsidR="00A52AFA" w:rsidRPr="00C83004" w:rsidRDefault="00A52AFA" w:rsidP="00A52AFA">
            <w:pPr>
              <w:rPr>
                <w:lang w:val="en-ZA"/>
              </w:rPr>
            </w:pPr>
          </w:p>
        </w:tc>
        <w:tc>
          <w:tcPr>
            <w:tcW w:w="1530" w:type="dxa"/>
          </w:tcPr>
          <w:p w14:paraId="13694C8D" w14:textId="77777777" w:rsidR="00A52AFA" w:rsidRPr="00BB4546" w:rsidRDefault="00A52AFA" w:rsidP="00A52AFA"/>
        </w:tc>
        <w:tc>
          <w:tcPr>
            <w:tcW w:w="1890" w:type="dxa"/>
          </w:tcPr>
          <w:p w14:paraId="49AA8288" w14:textId="77777777" w:rsidR="00A52AFA" w:rsidRPr="00C83004" w:rsidRDefault="00A52AFA" w:rsidP="00A52AFA">
            <w:pPr>
              <w:rPr>
                <w:lang w:val="en-ZA"/>
              </w:rPr>
            </w:pPr>
          </w:p>
        </w:tc>
        <w:tc>
          <w:tcPr>
            <w:tcW w:w="1980" w:type="dxa"/>
          </w:tcPr>
          <w:p w14:paraId="2D5E75EC" w14:textId="65A6453D" w:rsidR="00A52AFA" w:rsidRPr="00BB4546" w:rsidRDefault="00A52AFA" w:rsidP="00A52AFA"/>
        </w:tc>
        <w:tc>
          <w:tcPr>
            <w:tcW w:w="4045" w:type="dxa"/>
          </w:tcPr>
          <w:p w14:paraId="1BDEA266" w14:textId="0AEDF395" w:rsidR="00A52AFA" w:rsidRPr="00BB4546" w:rsidRDefault="00A52AFA" w:rsidP="00A52AFA"/>
        </w:tc>
      </w:tr>
      <w:tr w:rsidR="00A52AFA" w:rsidRPr="00BB4546" w14:paraId="0A170080" w14:textId="77777777" w:rsidTr="00C83004">
        <w:tc>
          <w:tcPr>
            <w:tcW w:w="1525" w:type="dxa"/>
          </w:tcPr>
          <w:p w14:paraId="393A8FA8" w14:textId="1E7792ED" w:rsidR="00A52AFA" w:rsidRPr="00BB4546" w:rsidRDefault="00A52AFA" w:rsidP="00A52AFA">
            <w:proofErr w:type="spellStart"/>
            <w:r>
              <w:lastRenderedPageBreak/>
              <w:t>Escourt</w:t>
            </w:r>
            <w:proofErr w:type="spellEnd"/>
            <w:r>
              <w:t xml:space="preserve"> hospital, KZN, South Africa</w:t>
            </w:r>
          </w:p>
        </w:tc>
        <w:tc>
          <w:tcPr>
            <w:tcW w:w="1980" w:type="dxa"/>
          </w:tcPr>
          <w:p w14:paraId="08866FE8" w14:textId="77777777" w:rsidR="00A52AFA" w:rsidRDefault="00A52AFA" w:rsidP="00A52AFA">
            <w:r>
              <w:t>Dr Patrick Rodgers</w:t>
            </w:r>
          </w:p>
          <w:p w14:paraId="16A5F275" w14:textId="72D8769A" w:rsidR="00A52AFA" w:rsidRPr="00BB4546" w:rsidRDefault="00A52AFA" w:rsidP="00A52AFA">
            <w:r w:rsidRPr="003B7E3A">
              <w:t>mampat@gmail.com</w:t>
            </w:r>
          </w:p>
        </w:tc>
        <w:tc>
          <w:tcPr>
            <w:tcW w:w="1530" w:type="dxa"/>
          </w:tcPr>
          <w:p w14:paraId="06C2B2B2" w14:textId="77777777" w:rsidR="00A52AFA" w:rsidRDefault="00A52AFA" w:rsidP="00A52AFA">
            <w:r>
              <w:t>Dr Patrick Rodgers</w:t>
            </w:r>
          </w:p>
          <w:p w14:paraId="77531E7C" w14:textId="764E04AB" w:rsidR="00A52AFA" w:rsidRPr="00BB4546" w:rsidRDefault="00A52AFA" w:rsidP="00A52AFA">
            <w:r w:rsidRPr="003B7E3A">
              <w:t>mampat@gmail.com</w:t>
            </w:r>
          </w:p>
        </w:tc>
        <w:tc>
          <w:tcPr>
            <w:tcW w:w="1890" w:type="dxa"/>
          </w:tcPr>
          <w:p w14:paraId="4AC56CCA" w14:textId="77777777" w:rsidR="00A52AFA" w:rsidRPr="00BB4546" w:rsidRDefault="00A52AFA" w:rsidP="00A52AFA"/>
        </w:tc>
        <w:tc>
          <w:tcPr>
            <w:tcW w:w="1980" w:type="dxa"/>
          </w:tcPr>
          <w:p w14:paraId="12EB5109" w14:textId="56CCD33E" w:rsidR="00A52AFA" w:rsidRPr="00BB4546" w:rsidRDefault="00A52AFA" w:rsidP="00A52AFA">
            <w:r>
              <w:t>Minimum 1 week</w:t>
            </w:r>
          </w:p>
        </w:tc>
        <w:tc>
          <w:tcPr>
            <w:tcW w:w="4045" w:type="dxa"/>
          </w:tcPr>
          <w:p w14:paraId="68907CF7" w14:textId="28A9E898" w:rsidR="00A52AFA" w:rsidRPr="00BB4546" w:rsidRDefault="00A52AFA" w:rsidP="00A52AFA">
            <w:r w:rsidRPr="003B7E3A">
              <w:t xml:space="preserve">Students should probably look at BnB </w:t>
            </w:r>
            <w:proofErr w:type="gramStart"/>
            <w:r w:rsidRPr="003B7E3A">
              <w:t>and also</w:t>
            </w:r>
            <w:proofErr w:type="gramEnd"/>
            <w:r w:rsidRPr="003B7E3A">
              <w:t xml:space="preserve"> have/rent a car during their visit.</w:t>
            </w:r>
          </w:p>
        </w:tc>
      </w:tr>
      <w:tr w:rsidR="00A52AFA" w:rsidRPr="00A52AFA" w14:paraId="2B3008E9" w14:textId="77777777" w:rsidTr="00C83004">
        <w:tc>
          <w:tcPr>
            <w:tcW w:w="1525" w:type="dxa"/>
          </w:tcPr>
          <w:p w14:paraId="23A216DB" w14:textId="1D04103A" w:rsidR="00A52AFA" w:rsidRPr="00BB4546" w:rsidRDefault="00A52AFA" w:rsidP="00A52AFA">
            <w:proofErr w:type="spellStart"/>
            <w:r>
              <w:t>Mosvold</w:t>
            </w:r>
            <w:proofErr w:type="spellEnd"/>
            <w:r>
              <w:t xml:space="preserve"> hospital, Ingwavuma, KZN, South Africa</w:t>
            </w:r>
          </w:p>
        </w:tc>
        <w:tc>
          <w:tcPr>
            <w:tcW w:w="1980" w:type="dxa"/>
          </w:tcPr>
          <w:p w14:paraId="47F78B52" w14:textId="77777777" w:rsidR="00A52AFA" w:rsidRDefault="00A52AFA" w:rsidP="00A52AFA">
            <w:proofErr w:type="spellStart"/>
            <w:r>
              <w:t>Khetelo</w:t>
            </w:r>
            <w:proofErr w:type="spellEnd"/>
            <w:r>
              <w:t xml:space="preserve"> Siyaya 073 476 3510</w:t>
            </w:r>
          </w:p>
          <w:p w14:paraId="1C538762" w14:textId="6686A666" w:rsidR="00A52AFA" w:rsidRPr="00BB4546" w:rsidRDefault="00A52AFA" w:rsidP="00A52AFA">
            <w:r>
              <w:t>khethelondwandwe@gmail.com</w:t>
            </w:r>
          </w:p>
        </w:tc>
        <w:tc>
          <w:tcPr>
            <w:tcW w:w="1530" w:type="dxa"/>
          </w:tcPr>
          <w:p w14:paraId="2D27FFD1" w14:textId="77777777" w:rsidR="00A52AFA" w:rsidRPr="00A52AFA" w:rsidRDefault="00A52AFA" w:rsidP="00A52AFA">
            <w:pPr>
              <w:rPr>
                <w:lang w:val="pt-PT"/>
              </w:rPr>
            </w:pPr>
            <w:proofErr w:type="spellStart"/>
            <w:r w:rsidRPr="00A52AFA">
              <w:rPr>
                <w:lang w:val="pt-PT"/>
              </w:rPr>
              <w:t>Khetelo</w:t>
            </w:r>
            <w:proofErr w:type="spellEnd"/>
            <w:r w:rsidRPr="00A52AFA">
              <w:rPr>
                <w:lang w:val="pt-PT"/>
              </w:rPr>
              <w:t xml:space="preserve"> </w:t>
            </w:r>
            <w:proofErr w:type="spellStart"/>
            <w:r w:rsidRPr="00A52AFA">
              <w:rPr>
                <w:lang w:val="pt-PT"/>
              </w:rPr>
              <w:t>Siyaya</w:t>
            </w:r>
            <w:proofErr w:type="spellEnd"/>
            <w:r w:rsidRPr="00A52AFA">
              <w:rPr>
                <w:lang w:val="pt-PT"/>
              </w:rPr>
              <w:t xml:space="preserve"> 073 476 3510</w:t>
            </w:r>
          </w:p>
          <w:p w14:paraId="4B7D7A71" w14:textId="728DBAD5" w:rsidR="00A52AFA" w:rsidRPr="00A52AFA" w:rsidRDefault="00A52AFA" w:rsidP="00A52AFA">
            <w:pPr>
              <w:rPr>
                <w:lang w:val="pt-PT"/>
              </w:rPr>
            </w:pPr>
            <w:r w:rsidRPr="00A52AFA">
              <w:rPr>
                <w:lang w:val="pt-PT"/>
              </w:rPr>
              <w:t>khethelondwandwe@gmail.com</w:t>
            </w:r>
          </w:p>
        </w:tc>
        <w:tc>
          <w:tcPr>
            <w:tcW w:w="1890" w:type="dxa"/>
          </w:tcPr>
          <w:p w14:paraId="27CF119A" w14:textId="36DA1623" w:rsidR="00A52AFA" w:rsidRPr="00A52AFA" w:rsidRDefault="00A52AFA" w:rsidP="00A52AFA">
            <w:pPr>
              <w:rPr>
                <w:lang w:val="pt-PT"/>
              </w:rPr>
            </w:pPr>
            <w:r>
              <w:rPr>
                <w:lang w:val="pt-PT"/>
              </w:rPr>
              <w:t>www.kznhealth.gov.za/mosvoldhospital.htm</w:t>
            </w:r>
          </w:p>
        </w:tc>
        <w:tc>
          <w:tcPr>
            <w:tcW w:w="1980" w:type="dxa"/>
          </w:tcPr>
          <w:p w14:paraId="4DE2FE89" w14:textId="6BEF2FCF" w:rsidR="00A52AFA" w:rsidRPr="00A52AFA" w:rsidRDefault="00A52AFA" w:rsidP="00A52AFA">
            <w:pPr>
              <w:rPr>
                <w:lang w:val="pt-PT"/>
              </w:rPr>
            </w:pPr>
            <w:r>
              <w:rPr>
                <w:lang w:val="pt-PT"/>
              </w:rPr>
              <w:t xml:space="preserve">1 to 4 </w:t>
            </w:r>
            <w:proofErr w:type="spellStart"/>
            <w:r>
              <w:rPr>
                <w:lang w:val="pt-PT"/>
              </w:rPr>
              <w:t>weeks</w:t>
            </w:r>
            <w:proofErr w:type="spellEnd"/>
          </w:p>
        </w:tc>
        <w:tc>
          <w:tcPr>
            <w:tcW w:w="4045" w:type="dxa"/>
          </w:tcPr>
          <w:p w14:paraId="184BB373" w14:textId="0DB137D9" w:rsidR="00A52AFA" w:rsidRPr="00A52AFA" w:rsidRDefault="00A52AFA" w:rsidP="00A52AFA">
            <w:pPr>
              <w:rPr>
                <w:lang w:val="en-ZA"/>
              </w:rPr>
            </w:pPr>
            <w:r w:rsidRPr="00A52AFA">
              <w:rPr>
                <w:lang w:val="en-ZA"/>
              </w:rPr>
              <w:t>Private accommodation at Neil C</w:t>
            </w:r>
            <w:r>
              <w:rPr>
                <w:lang w:val="en-ZA"/>
              </w:rPr>
              <w:t>oetzee. 082 874 8248. Includes bedding, laundry and daily cleaning. R200 per day</w:t>
            </w:r>
          </w:p>
        </w:tc>
      </w:tr>
      <w:tr w:rsidR="00A52AFA" w:rsidRPr="00A52AFA" w14:paraId="4ADE5054" w14:textId="77777777" w:rsidTr="0069055D">
        <w:tc>
          <w:tcPr>
            <w:tcW w:w="12950" w:type="dxa"/>
            <w:gridSpan w:val="6"/>
          </w:tcPr>
          <w:p w14:paraId="55236B75" w14:textId="260A3811" w:rsidR="00A52AFA" w:rsidRPr="00A52AFA" w:rsidRDefault="00A52AFA" w:rsidP="00A52AFA">
            <w:pPr>
              <w:rPr>
                <w:lang w:val="en-ZA"/>
              </w:rPr>
            </w:pPr>
            <w:r>
              <w:rPr>
                <w:lang w:val="en-ZA"/>
              </w:rPr>
              <w:t>Outside South Africa – South African doctors have worked here previously</w:t>
            </w:r>
          </w:p>
        </w:tc>
      </w:tr>
      <w:tr w:rsidR="00A52AFA" w:rsidRPr="00A52AFA" w14:paraId="6ADE1401" w14:textId="77777777" w:rsidTr="00C83004">
        <w:tc>
          <w:tcPr>
            <w:tcW w:w="1525" w:type="dxa"/>
          </w:tcPr>
          <w:p w14:paraId="4DBC84C6" w14:textId="66A86079" w:rsidR="00A52AFA" w:rsidRPr="00A52AFA" w:rsidRDefault="00A52AFA" w:rsidP="00A52AFA">
            <w:pPr>
              <w:rPr>
                <w:lang w:val="en-ZA"/>
              </w:rPr>
            </w:pPr>
            <w:r w:rsidRPr="00BB4546">
              <w:t>Nkhoma mission hospital Malawi</w:t>
            </w:r>
          </w:p>
        </w:tc>
        <w:tc>
          <w:tcPr>
            <w:tcW w:w="1980" w:type="dxa"/>
          </w:tcPr>
          <w:p w14:paraId="6489E2D6" w14:textId="77777777" w:rsidR="00A52AFA" w:rsidRPr="00BB4546" w:rsidRDefault="00A52AFA" w:rsidP="00A52AFA">
            <w:pPr>
              <w:rPr>
                <w:lang w:val="pt-PT"/>
              </w:rPr>
            </w:pPr>
            <w:r w:rsidRPr="00BB4546">
              <w:rPr>
                <w:lang w:val="pt-PT"/>
              </w:rPr>
              <w:t xml:space="preserve">Sam </w:t>
            </w:r>
            <w:proofErr w:type="spellStart"/>
            <w:r w:rsidRPr="00BB4546">
              <w:rPr>
                <w:lang w:val="pt-PT"/>
              </w:rPr>
              <w:t>Kabota</w:t>
            </w:r>
            <w:proofErr w:type="spellEnd"/>
            <w:r w:rsidRPr="00BB4546">
              <w:rPr>
                <w:lang w:val="pt-PT"/>
              </w:rPr>
              <w:t>, samkabota1@gmail.com, +265 999409560</w:t>
            </w:r>
          </w:p>
          <w:p w14:paraId="18D026A1" w14:textId="77777777" w:rsidR="00A52AFA" w:rsidRPr="00BB4546" w:rsidRDefault="00A52AFA" w:rsidP="00A52AFA">
            <w:pPr>
              <w:rPr>
                <w:lang w:val="pt-PT"/>
              </w:rPr>
            </w:pPr>
          </w:p>
          <w:p w14:paraId="04669DC6" w14:textId="77777777" w:rsidR="00A52AFA" w:rsidRPr="00BB4546" w:rsidRDefault="00A52AFA" w:rsidP="00A52AFA">
            <w:pPr>
              <w:rPr>
                <w:lang w:val="pt-PT"/>
              </w:rPr>
            </w:pPr>
          </w:p>
          <w:p w14:paraId="6FBF59A4" w14:textId="77777777" w:rsidR="00A52AFA" w:rsidRPr="00BB4546" w:rsidRDefault="00A52AFA" w:rsidP="00A52AFA">
            <w:pPr>
              <w:rPr>
                <w:lang w:val="pt-PT"/>
              </w:rPr>
            </w:pPr>
          </w:p>
          <w:p w14:paraId="1ADEE8EF" w14:textId="77777777" w:rsidR="00A52AFA" w:rsidRPr="00BB4546" w:rsidRDefault="00A52AFA" w:rsidP="00A52AFA">
            <w:pPr>
              <w:rPr>
                <w:lang w:val="pt-PT"/>
              </w:rPr>
            </w:pPr>
          </w:p>
          <w:p w14:paraId="749AD224" w14:textId="77777777" w:rsidR="00A52AFA" w:rsidRPr="00BB4546" w:rsidRDefault="00A52AFA" w:rsidP="00A52AFA">
            <w:pPr>
              <w:rPr>
                <w:lang w:val="pt-PT"/>
              </w:rPr>
            </w:pPr>
          </w:p>
          <w:p w14:paraId="543E8D19" w14:textId="77777777" w:rsidR="00A52AFA" w:rsidRPr="00A52AFA" w:rsidRDefault="00A52AFA" w:rsidP="00A52AFA">
            <w:pPr>
              <w:rPr>
                <w:lang w:val="pt-PT"/>
              </w:rPr>
            </w:pPr>
          </w:p>
        </w:tc>
        <w:tc>
          <w:tcPr>
            <w:tcW w:w="1530" w:type="dxa"/>
          </w:tcPr>
          <w:p w14:paraId="727CAD8E" w14:textId="77777777" w:rsidR="00A52AFA" w:rsidRPr="00BB4546" w:rsidRDefault="00A52AFA" w:rsidP="00A52AFA">
            <w:pPr>
              <w:rPr>
                <w:lang w:val="en-ZA"/>
              </w:rPr>
            </w:pPr>
            <w:r w:rsidRPr="00BB4546">
              <w:rPr>
                <w:lang w:val="en-ZA"/>
              </w:rPr>
              <w:t xml:space="preserve">Sam </w:t>
            </w:r>
            <w:proofErr w:type="spellStart"/>
            <w:r w:rsidRPr="00BB4546">
              <w:rPr>
                <w:lang w:val="en-ZA"/>
              </w:rPr>
              <w:t>Kabota</w:t>
            </w:r>
            <w:proofErr w:type="spellEnd"/>
            <w:r w:rsidRPr="00BB4546">
              <w:rPr>
                <w:lang w:val="en-ZA"/>
              </w:rPr>
              <w:t>, samkabota1@gmail.com, +265 999409560 (same as coordinator)</w:t>
            </w:r>
          </w:p>
          <w:p w14:paraId="7EB7EADE" w14:textId="77777777" w:rsidR="00A52AFA" w:rsidRPr="00A52AFA" w:rsidRDefault="00A52AFA" w:rsidP="00A52AFA">
            <w:pPr>
              <w:rPr>
                <w:lang w:val="en-ZA"/>
              </w:rPr>
            </w:pPr>
          </w:p>
        </w:tc>
        <w:tc>
          <w:tcPr>
            <w:tcW w:w="1890" w:type="dxa"/>
          </w:tcPr>
          <w:p w14:paraId="341B11CE" w14:textId="77777777" w:rsidR="00A52AFA" w:rsidRPr="00BB4546" w:rsidRDefault="00A52AFA" w:rsidP="00A52AFA">
            <w:pPr>
              <w:rPr>
                <w:lang w:val="en-ZA"/>
              </w:rPr>
            </w:pPr>
            <w:r w:rsidRPr="00BB4546">
              <w:rPr>
                <w:lang w:val="en-ZA"/>
              </w:rPr>
              <w:t>3. Website or social media of institution _(No website): Facebook: Nkhoma Mission Hospital: </w:t>
            </w:r>
            <w:hyperlink r:id="rId11" w:tgtFrame="_blank" w:history="1">
              <w:r w:rsidRPr="00BB4546">
                <w:rPr>
                  <w:rStyle w:val="Hyperlink"/>
                  <w:lang w:val="en-ZA"/>
                </w:rPr>
                <w:t>https://web.facebook.com/Nkhomamissionhospital</w:t>
              </w:r>
            </w:hyperlink>
          </w:p>
          <w:p w14:paraId="70BA5157" w14:textId="77777777" w:rsidR="00A52AFA" w:rsidRPr="00A52AFA" w:rsidRDefault="00A52AFA" w:rsidP="00A52AFA">
            <w:pPr>
              <w:rPr>
                <w:lang w:val="en-ZA"/>
              </w:rPr>
            </w:pPr>
          </w:p>
        </w:tc>
        <w:tc>
          <w:tcPr>
            <w:tcW w:w="1980" w:type="dxa"/>
          </w:tcPr>
          <w:p w14:paraId="36CF58D6" w14:textId="0D86D100" w:rsidR="00A52AFA" w:rsidRPr="00A52AFA" w:rsidRDefault="00A52AFA" w:rsidP="00A52AFA">
            <w:pPr>
              <w:rPr>
                <w:lang w:val="en-ZA"/>
              </w:rPr>
            </w:pPr>
            <w:r w:rsidRPr="00BB4546">
              <w:rPr>
                <w:lang w:val="en-ZA"/>
              </w:rPr>
              <w:t>Minimum is 4 weeks for medical students</w:t>
            </w:r>
          </w:p>
        </w:tc>
        <w:tc>
          <w:tcPr>
            <w:tcW w:w="4045" w:type="dxa"/>
          </w:tcPr>
          <w:p w14:paraId="080C9338" w14:textId="77777777" w:rsidR="00A52AFA" w:rsidRPr="00BB4546" w:rsidRDefault="00A52AFA" w:rsidP="00A52AFA">
            <w:pPr>
              <w:rPr>
                <w:lang w:val="en-ZA"/>
              </w:rPr>
            </w:pPr>
            <w:r w:rsidRPr="00BB4546">
              <w:rPr>
                <w:lang w:val="en-ZA"/>
              </w:rPr>
              <w:t>The church owns/runs all the guesthouse options: Synod Guesthouse/Mbawa Lodge/Hope's Inn.  They generally run $15/pp/</w:t>
            </w:r>
            <w:proofErr w:type="spellStart"/>
            <w:r w:rsidRPr="00BB4546">
              <w:rPr>
                <w:lang w:val="en-ZA"/>
              </w:rPr>
              <w:t>pn</w:t>
            </w:r>
            <w:proofErr w:type="spellEnd"/>
            <w:r w:rsidRPr="00BB4546">
              <w:rPr>
                <w:lang w:val="en-ZA"/>
              </w:rPr>
              <w:t xml:space="preserve">, not including food.  All are self-catering only.  Medical council licensure also costs $300 pp.  There are also fees associated with students being taught at the hospital (Sam </w:t>
            </w:r>
            <w:proofErr w:type="spellStart"/>
            <w:r w:rsidRPr="00BB4546">
              <w:rPr>
                <w:lang w:val="en-ZA"/>
              </w:rPr>
              <w:t>Kabota</w:t>
            </w:r>
            <w:proofErr w:type="spellEnd"/>
            <w:r w:rsidRPr="00BB4546">
              <w:rPr>
                <w:lang w:val="en-ZA"/>
              </w:rPr>
              <w:t xml:space="preserve"> can advise, as the fees do change every couple of years).</w:t>
            </w:r>
          </w:p>
          <w:p w14:paraId="4B8FE8AD" w14:textId="77777777" w:rsidR="00A52AFA" w:rsidRPr="00A52AFA" w:rsidRDefault="00A52AFA" w:rsidP="00A52AFA">
            <w:pPr>
              <w:rPr>
                <w:lang w:val="en-ZA"/>
              </w:rPr>
            </w:pPr>
          </w:p>
        </w:tc>
      </w:tr>
      <w:tr w:rsidR="00A52AFA" w:rsidRPr="00A52AFA" w14:paraId="466EEA4A" w14:textId="77777777" w:rsidTr="00C83004">
        <w:tc>
          <w:tcPr>
            <w:tcW w:w="1525" w:type="dxa"/>
          </w:tcPr>
          <w:p w14:paraId="7A53D226" w14:textId="77777777" w:rsidR="00A52AFA" w:rsidRDefault="00A52AFA" w:rsidP="00A52AFA">
            <w:pPr>
              <w:rPr>
                <w:lang w:val="en-ZA"/>
              </w:rPr>
            </w:pPr>
            <w:r w:rsidRPr="00C83004">
              <w:rPr>
                <w:lang w:val="en-ZA"/>
              </w:rPr>
              <w:t>United Mission Hospital Tansen</w:t>
            </w:r>
            <w:r>
              <w:rPr>
                <w:lang w:val="en-ZA"/>
              </w:rPr>
              <w:t>, Nepal</w:t>
            </w:r>
          </w:p>
          <w:p w14:paraId="7CB1E59A" w14:textId="77777777" w:rsidR="00A52AFA" w:rsidRPr="00C83004" w:rsidRDefault="00A52AFA" w:rsidP="00A52AFA">
            <w:pPr>
              <w:rPr>
                <w:lang w:val="en-ZA"/>
              </w:rPr>
            </w:pPr>
          </w:p>
          <w:p w14:paraId="64B25E6D" w14:textId="67E88AFD" w:rsidR="00A52AFA" w:rsidRPr="00A52AFA" w:rsidRDefault="00A52AFA" w:rsidP="00A52AFA">
            <w:pPr>
              <w:rPr>
                <w:lang w:val="en-ZA"/>
              </w:rPr>
            </w:pPr>
            <w:proofErr w:type="spellStart"/>
            <w:r w:rsidRPr="00C83004">
              <w:rPr>
                <w:lang w:val="en-ZA"/>
              </w:rPr>
              <w:t>Okhaldhunga</w:t>
            </w:r>
            <w:proofErr w:type="spellEnd"/>
            <w:r w:rsidRPr="00C83004">
              <w:rPr>
                <w:lang w:val="en-ZA"/>
              </w:rPr>
              <w:t xml:space="preserve"> Community Hospital</w:t>
            </w:r>
            <w:r>
              <w:rPr>
                <w:lang w:val="en-ZA"/>
              </w:rPr>
              <w:t>, Nepal</w:t>
            </w:r>
          </w:p>
        </w:tc>
        <w:tc>
          <w:tcPr>
            <w:tcW w:w="1980" w:type="dxa"/>
          </w:tcPr>
          <w:p w14:paraId="67E13735" w14:textId="77777777" w:rsidR="00A52AFA" w:rsidRPr="00C83004" w:rsidRDefault="00A52AFA" w:rsidP="00A52AFA">
            <w:pPr>
              <w:rPr>
                <w:lang w:val="en-ZA"/>
              </w:rPr>
            </w:pPr>
            <w:r w:rsidRPr="00C83004">
              <w:rPr>
                <w:lang w:val="en-ZA"/>
              </w:rPr>
              <w:t>Debbie Dornon</w:t>
            </w:r>
          </w:p>
          <w:p w14:paraId="460FEAE2" w14:textId="77777777" w:rsidR="00A52AFA" w:rsidRPr="00C83004" w:rsidRDefault="00A52AFA" w:rsidP="00A52AFA">
            <w:pPr>
              <w:rPr>
                <w:lang w:val="en-ZA"/>
              </w:rPr>
            </w:pPr>
          </w:p>
          <w:p w14:paraId="6BB2B8E4" w14:textId="77777777" w:rsidR="00A52AFA" w:rsidRDefault="00A52AFA" w:rsidP="00A52AFA">
            <w:pPr>
              <w:rPr>
                <w:lang w:val="en-ZA"/>
              </w:rPr>
            </w:pPr>
            <w:r w:rsidRPr="00C83004">
              <w:rPr>
                <w:lang w:val="en-ZA"/>
              </w:rPr>
              <w:t>Medical Elective Coordinator</w:t>
            </w:r>
          </w:p>
          <w:p w14:paraId="426BE609" w14:textId="77777777" w:rsidR="00A52AFA" w:rsidRPr="00C83004" w:rsidRDefault="00A52AFA" w:rsidP="00A52AFA">
            <w:pPr>
              <w:rPr>
                <w:lang w:val="en-ZA"/>
              </w:rPr>
            </w:pPr>
          </w:p>
          <w:p w14:paraId="4064ADA1" w14:textId="77777777" w:rsidR="00A52AFA" w:rsidRDefault="00A52AFA" w:rsidP="00A52AFA">
            <w:pPr>
              <w:rPr>
                <w:lang w:val="en-ZA"/>
              </w:rPr>
            </w:pPr>
            <w:hyperlink r:id="rId12" w:history="1">
              <w:r w:rsidRPr="00C83004">
                <w:rPr>
                  <w:rStyle w:val="Hyperlink"/>
                  <w:lang w:val="en-ZA"/>
                </w:rPr>
                <w:t>medical.electives@umn.org.np</w:t>
              </w:r>
            </w:hyperlink>
          </w:p>
          <w:p w14:paraId="7165C277" w14:textId="77777777" w:rsidR="00A52AFA" w:rsidRDefault="00A52AFA" w:rsidP="00A52AFA">
            <w:pPr>
              <w:rPr>
                <w:lang w:val="en-ZA"/>
              </w:rPr>
            </w:pPr>
          </w:p>
          <w:p w14:paraId="67E24C49" w14:textId="77777777" w:rsidR="00A52AFA" w:rsidRPr="00C83004" w:rsidRDefault="00A52AFA" w:rsidP="00A52AFA">
            <w:pPr>
              <w:rPr>
                <w:lang w:val="en-ZA"/>
              </w:rPr>
            </w:pPr>
          </w:p>
          <w:p w14:paraId="29DD6360" w14:textId="77777777" w:rsidR="00A52AFA" w:rsidRPr="00A52AFA" w:rsidRDefault="00A52AFA" w:rsidP="00A52AFA">
            <w:pPr>
              <w:rPr>
                <w:lang w:val="en-ZA"/>
              </w:rPr>
            </w:pPr>
          </w:p>
        </w:tc>
        <w:tc>
          <w:tcPr>
            <w:tcW w:w="1530" w:type="dxa"/>
          </w:tcPr>
          <w:p w14:paraId="6F956C80" w14:textId="77777777" w:rsidR="00A52AFA" w:rsidRPr="00C83004" w:rsidRDefault="00A52AFA" w:rsidP="00A52AFA">
            <w:pPr>
              <w:rPr>
                <w:lang w:val="en-ZA"/>
              </w:rPr>
            </w:pPr>
            <w:r w:rsidRPr="00C83004">
              <w:rPr>
                <w:lang w:val="en-ZA"/>
              </w:rPr>
              <w:t>Debbie Dornon</w:t>
            </w:r>
          </w:p>
          <w:p w14:paraId="52705E7D" w14:textId="77777777" w:rsidR="00A52AFA" w:rsidRPr="00C83004" w:rsidRDefault="00A52AFA" w:rsidP="00A52AFA">
            <w:pPr>
              <w:rPr>
                <w:lang w:val="en-ZA"/>
              </w:rPr>
            </w:pPr>
          </w:p>
          <w:p w14:paraId="3BE5C225" w14:textId="77777777" w:rsidR="00A52AFA" w:rsidRDefault="00A52AFA" w:rsidP="00A52AFA">
            <w:pPr>
              <w:rPr>
                <w:lang w:val="en-ZA"/>
              </w:rPr>
            </w:pPr>
            <w:r w:rsidRPr="00C83004">
              <w:rPr>
                <w:lang w:val="en-ZA"/>
              </w:rPr>
              <w:t>Medical Elective Coordinator</w:t>
            </w:r>
          </w:p>
          <w:p w14:paraId="7855CC05" w14:textId="77777777" w:rsidR="00A52AFA" w:rsidRPr="00C83004" w:rsidRDefault="00A52AFA" w:rsidP="00A52AFA">
            <w:pPr>
              <w:rPr>
                <w:lang w:val="en-ZA"/>
              </w:rPr>
            </w:pPr>
          </w:p>
          <w:p w14:paraId="2D3A234E" w14:textId="7115AF07" w:rsidR="00A52AFA" w:rsidRPr="00A52AFA" w:rsidRDefault="00A52AFA" w:rsidP="00A52AFA">
            <w:pPr>
              <w:rPr>
                <w:lang w:val="en-ZA"/>
              </w:rPr>
            </w:pPr>
            <w:r w:rsidRPr="00C83004">
              <w:rPr>
                <w:lang w:val="en-ZA"/>
              </w:rPr>
              <w:t>medical.electives@umn.org.np</w:t>
            </w:r>
          </w:p>
        </w:tc>
        <w:tc>
          <w:tcPr>
            <w:tcW w:w="1890" w:type="dxa"/>
          </w:tcPr>
          <w:p w14:paraId="0120B695" w14:textId="77777777" w:rsidR="00A52AFA" w:rsidRDefault="00A52AFA" w:rsidP="00A52AFA">
            <w:pPr>
              <w:rPr>
                <w:lang w:val="en-ZA"/>
              </w:rPr>
            </w:pPr>
            <w:hyperlink r:id="rId13" w:history="1">
              <w:r w:rsidRPr="00C83004">
                <w:rPr>
                  <w:rStyle w:val="Hyperlink"/>
                  <w:lang w:val="en-ZA"/>
                </w:rPr>
                <w:t>https://www.umn.org.np/</w:t>
              </w:r>
            </w:hyperlink>
            <w:r w:rsidRPr="00C83004">
              <w:rPr>
                <w:lang w:val="en-ZA"/>
              </w:rPr>
              <w:t xml:space="preserve">  </w:t>
            </w:r>
          </w:p>
          <w:p w14:paraId="5F0933C4" w14:textId="77777777" w:rsidR="00A52AFA" w:rsidRDefault="00A52AFA" w:rsidP="00A52AFA">
            <w:pPr>
              <w:rPr>
                <w:lang w:val="en-ZA"/>
              </w:rPr>
            </w:pPr>
          </w:p>
          <w:p w14:paraId="7F13C489" w14:textId="77777777" w:rsidR="00A52AFA" w:rsidRPr="00C83004" w:rsidRDefault="00A52AFA" w:rsidP="00A52AFA">
            <w:pPr>
              <w:rPr>
                <w:lang w:val="en-ZA"/>
              </w:rPr>
            </w:pPr>
            <w:r>
              <w:rPr>
                <w:lang w:val="en-ZA"/>
              </w:rPr>
              <w:t>C</w:t>
            </w:r>
            <w:r w:rsidRPr="00C83004">
              <w:rPr>
                <w:lang w:val="en-ZA"/>
              </w:rPr>
              <w:t xml:space="preserve">lick on either Tansen hospital or </w:t>
            </w:r>
            <w:proofErr w:type="spellStart"/>
            <w:r w:rsidRPr="00C83004">
              <w:rPr>
                <w:lang w:val="en-ZA"/>
              </w:rPr>
              <w:t>Okhaldhunga</w:t>
            </w:r>
            <w:proofErr w:type="spellEnd"/>
            <w:r w:rsidRPr="00C83004">
              <w:rPr>
                <w:lang w:val="en-ZA"/>
              </w:rPr>
              <w:t xml:space="preserve"> hospital for information.</w:t>
            </w:r>
          </w:p>
          <w:p w14:paraId="2A69417A" w14:textId="77777777" w:rsidR="00A52AFA" w:rsidRPr="00A52AFA" w:rsidRDefault="00A52AFA" w:rsidP="00A52AFA">
            <w:pPr>
              <w:rPr>
                <w:lang w:val="en-ZA"/>
              </w:rPr>
            </w:pPr>
          </w:p>
        </w:tc>
        <w:tc>
          <w:tcPr>
            <w:tcW w:w="1980" w:type="dxa"/>
          </w:tcPr>
          <w:p w14:paraId="2301AC81" w14:textId="3467BB60" w:rsidR="00A52AFA" w:rsidRPr="00A52AFA" w:rsidRDefault="00A52AFA" w:rsidP="00A52AFA">
            <w:pPr>
              <w:rPr>
                <w:lang w:val="en-ZA"/>
              </w:rPr>
            </w:pPr>
            <w:r w:rsidRPr="00C83004">
              <w:t>minimum stay for a student here is 6 weeks.  That is what we prefer but we will take a student for 4 weeks in project.  No less </w:t>
            </w:r>
          </w:p>
        </w:tc>
        <w:tc>
          <w:tcPr>
            <w:tcW w:w="4045" w:type="dxa"/>
          </w:tcPr>
          <w:p w14:paraId="0A8C123E" w14:textId="77777777" w:rsidR="00A52AFA" w:rsidRDefault="00A52AFA" w:rsidP="00A52AFA">
            <w:r w:rsidRPr="00C83004">
              <w:t>Both places have guest houses for students to stay in.  For Tansen, the cost is about $8 US per night.  Food is extra.</w:t>
            </w:r>
          </w:p>
          <w:p w14:paraId="3AA48920" w14:textId="77777777" w:rsidR="00A52AFA" w:rsidRDefault="00A52AFA" w:rsidP="00A52AFA"/>
          <w:p w14:paraId="124399C6" w14:textId="552D57BB" w:rsidR="00A52AFA" w:rsidRPr="00A52AFA" w:rsidRDefault="00A52AFA" w:rsidP="00A52AFA">
            <w:pPr>
              <w:rPr>
                <w:lang w:val="en-ZA"/>
              </w:rPr>
            </w:pPr>
            <w:r w:rsidRPr="00C83004">
              <w:rPr>
                <w:highlight w:val="yellow"/>
              </w:rPr>
              <w:t>See bottom of this document for more information</w:t>
            </w:r>
          </w:p>
        </w:tc>
      </w:tr>
    </w:tbl>
    <w:p w14:paraId="6B9D2C28" w14:textId="77777777" w:rsidR="00BE1C4D" w:rsidRPr="00A52AFA" w:rsidRDefault="00BE1C4D">
      <w:pPr>
        <w:rPr>
          <w:lang w:val="en-ZA"/>
        </w:rPr>
      </w:pPr>
    </w:p>
    <w:p w14:paraId="0015F360" w14:textId="77777777" w:rsidR="00C83004" w:rsidRPr="00A52AFA" w:rsidRDefault="00C83004">
      <w:pPr>
        <w:rPr>
          <w:lang w:val="en-ZA"/>
        </w:rPr>
      </w:pPr>
    </w:p>
    <w:p w14:paraId="0DFD2880" w14:textId="36ED46F7" w:rsidR="00C83004" w:rsidRDefault="00C83004" w:rsidP="00C83004">
      <w:pPr>
        <w:shd w:val="clear" w:color="auto" w:fill="FFFFFF"/>
        <w:spacing w:before="300" w:after="225" w:line="240" w:lineRule="auto"/>
        <w:ind w:right="975"/>
        <w:outlineLvl w:val="1"/>
        <w:rPr>
          <w:rFonts w:ascii="Aptos" w:eastAsia="Times New Roman" w:hAnsi="Aptos" w:cs="Times New Roman"/>
          <w:b/>
          <w:bCs/>
          <w:sz w:val="36"/>
          <w:szCs w:val="36"/>
          <w:lang w:eastAsia="en-GB"/>
        </w:rPr>
      </w:pPr>
      <w:r w:rsidRPr="00913B29">
        <w:rPr>
          <w:rFonts w:ascii="Aptos" w:eastAsia="Times New Roman" w:hAnsi="Aptos" w:cs="Times New Roman"/>
          <w:b/>
          <w:bCs/>
          <w:sz w:val="36"/>
          <w:szCs w:val="36"/>
          <w:lang w:eastAsia="en-GB"/>
        </w:rPr>
        <w:t>Information for Medical Elective Placements</w:t>
      </w:r>
      <w:r>
        <w:rPr>
          <w:rFonts w:ascii="Aptos" w:eastAsia="Times New Roman" w:hAnsi="Aptos" w:cs="Times New Roman"/>
          <w:b/>
          <w:bCs/>
          <w:sz w:val="36"/>
          <w:szCs w:val="36"/>
          <w:lang w:eastAsia="en-GB"/>
        </w:rPr>
        <w:t xml:space="preserve"> in Nepal</w:t>
      </w:r>
    </w:p>
    <w:p w14:paraId="44077C42" w14:textId="77777777" w:rsidR="00C83004" w:rsidRPr="00913B29" w:rsidRDefault="00C83004" w:rsidP="00C83004">
      <w:pPr>
        <w:shd w:val="clear" w:color="auto" w:fill="FFFFFF"/>
        <w:spacing w:before="300" w:after="0" w:line="240" w:lineRule="auto"/>
        <w:ind w:right="975"/>
        <w:outlineLvl w:val="1"/>
        <w:rPr>
          <w:rFonts w:ascii="Aptos" w:eastAsia="Times New Roman" w:hAnsi="Aptos" w:cs="Times New Roman"/>
          <w:b/>
          <w:bCs/>
          <w:sz w:val="36"/>
          <w:szCs w:val="36"/>
          <w:lang w:eastAsia="en-GB"/>
        </w:rPr>
      </w:pPr>
      <w:r>
        <w:rPr>
          <w:rFonts w:ascii="Aptos" w:eastAsia="Times New Roman" w:hAnsi="Aptos" w:cs="Times New Roman"/>
          <w:b/>
          <w:bCs/>
          <w:sz w:val="24"/>
          <w:szCs w:val="24"/>
          <w:lang w:eastAsia="en-GB"/>
        </w:rPr>
        <w:t>November</w:t>
      </w:r>
      <w:r w:rsidRPr="006F1BF6">
        <w:rPr>
          <w:rFonts w:ascii="Aptos" w:eastAsia="Times New Roman" w:hAnsi="Aptos" w:cs="Times New Roman"/>
          <w:b/>
          <w:bCs/>
          <w:sz w:val="24"/>
          <w:szCs w:val="24"/>
          <w:lang w:eastAsia="en-GB"/>
        </w:rPr>
        <w:t xml:space="preserve"> 2024</w:t>
      </w:r>
    </w:p>
    <w:p w14:paraId="6E36CDEF" w14:textId="77777777" w:rsidR="00C83004" w:rsidRPr="00AA17AC" w:rsidRDefault="00C83004" w:rsidP="00C83004">
      <w:pPr>
        <w:shd w:val="clear" w:color="auto" w:fill="FFFFFF"/>
        <w:spacing w:before="100" w:beforeAutospacing="1" w:after="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Criteria for prospective medical elective applicants:</w:t>
      </w:r>
    </w:p>
    <w:p w14:paraId="4787417C" w14:textId="77777777" w:rsidR="00C83004" w:rsidRPr="00AA17AC" w:rsidRDefault="00C83004" w:rsidP="00C83004">
      <w:pPr>
        <w:numPr>
          <w:ilvl w:val="0"/>
          <w:numId w:val="10"/>
        </w:numPr>
        <w:shd w:val="clear" w:color="auto" w:fill="FFFFFF"/>
        <w:spacing w:before="100" w:beforeAutospacing="1" w:after="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Affinity and connection with Nepa</w:t>
      </w:r>
      <w:r>
        <w:rPr>
          <w:rFonts w:ascii="Aptos" w:eastAsia="Times New Roman" w:hAnsi="Aptos" w:cs="Helvetica"/>
          <w:sz w:val="24"/>
          <w:szCs w:val="24"/>
          <w:lang w:eastAsia="en-GB"/>
        </w:rPr>
        <w:t>l.</w:t>
      </w:r>
    </w:p>
    <w:p w14:paraId="2AE80F09" w14:textId="77777777" w:rsidR="00C83004" w:rsidRPr="00AA17AC" w:rsidRDefault="00C83004" w:rsidP="00C83004">
      <w:pPr>
        <w:numPr>
          <w:ilvl w:val="0"/>
          <w:numId w:val="10"/>
        </w:numPr>
        <w:shd w:val="clear" w:color="auto" w:fill="FFFFFF"/>
        <w:spacing w:before="100" w:beforeAutospacing="1" w:after="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Christian commitment.</w:t>
      </w:r>
    </w:p>
    <w:p w14:paraId="23958FB5" w14:textId="77777777" w:rsidR="00C83004" w:rsidRPr="00AA17AC" w:rsidRDefault="00C83004" w:rsidP="00C83004">
      <w:pPr>
        <w:numPr>
          <w:ilvl w:val="0"/>
          <w:numId w:val="10"/>
        </w:numPr>
        <w:shd w:val="clear" w:color="auto" w:fill="FFFFFF"/>
        <w:spacing w:before="100" w:beforeAutospacing="1" w:after="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Interest in developing country/ mission work in the future.</w:t>
      </w:r>
    </w:p>
    <w:p w14:paraId="3BB6D883" w14:textId="77777777" w:rsidR="00C83004" w:rsidRPr="00AA17AC" w:rsidRDefault="00C83004" w:rsidP="00C83004">
      <w:pPr>
        <w:numPr>
          <w:ilvl w:val="0"/>
          <w:numId w:val="10"/>
        </w:numPr>
        <w:shd w:val="clear" w:color="auto" w:fill="FFFFFF"/>
        <w:spacing w:before="100" w:beforeAutospacing="1" w:after="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 xml:space="preserve">Sending </w:t>
      </w:r>
      <w:proofErr w:type="spellStart"/>
      <w:r w:rsidRPr="00AA17AC">
        <w:rPr>
          <w:rFonts w:ascii="Aptos" w:eastAsia="Times New Roman" w:hAnsi="Aptos" w:cs="Helvetica"/>
          <w:sz w:val="24"/>
          <w:szCs w:val="24"/>
          <w:lang w:eastAsia="en-GB"/>
        </w:rPr>
        <w:t>Organisation</w:t>
      </w:r>
      <w:proofErr w:type="spellEnd"/>
      <w:r w:rsidRPr="00AA17AC">
        <w:rPr>
          <w:rFonts w:ascii="Aptos" w:eastAsia="Times New Roman" w:hAnsi="Aptos" w:cs="Helvetica"/>
          <w:sz w:val="24"/>
          <w:szCs w:val="24"/>
          <w:lang w:eastAsia="en-GB"/>
        </w:rPr>
        <w:t>* registration and suppor</w:t>
      </w:r>
      <w:r>
        <w:rPr>
          <w:rFonts w:ascii="Aptos" w:eastAsia="Times New Roman" w:hAnsi="Aptos" w:cs="Helvetica"/>
          <w:sz w:val="24"/>
          <w:szCs w:val="24"/>
          <w:lang w:eastAsia="en-GB"/>
        </w:rPr>
        <w:t>t.</w:t>
      </w:r>
    </w:p>
    <w:p w14:paraId="709CF78C" w14:textId="77777777" w:rsidR="00C83004" w:rsidRPr="00AA17AC" w:rsidRDefault="00C83004" w:rsidP="00C83004">
      <w:pPr>
        <w:shd w:val="clear" w:color="auto" w:fill="FFFFFF"/>
        <w:spacing w:after="0" w:line="240" w:lineRule="auto"/>
        <w:ind w:right="975"/>
        <w:rPr>
          <w:rFonts w:ascii="Aptos" w:eastAsia="Times New Roman" w:hAnsi="Aptos" w:cs="Helvetica"/>
          <w:sz w:val="24"/>
          <w:szCs w:val="24"/>
          <w:lang w:eastAsia="en-GB"/>
        </w:rPr>
      </w:pPr>
    </w:p>
    <w:p w14:paraId="50D1AD85" w14:textId="77777777" w:rsidR="00C83004" w:rsidRPr="00AA17AC" w:rsidRDefault="00C83004" w:rsidP="00C83004">
      <w:pPr>
        <w:shd w:val="clear" w:color="auto" w:fill="FFFFFF"/>
        <w:spacing w:after="0" w:line="240" w:lineRule="auto"/>
        <w:ind w:right="975"/>
        <w:rPr>
          <w:rFonts w:ascii="Aptos" w:eastAsia="Times New Roman" w:hAnsi="Aptos" w:cs="Helvetica"/>
          <w:sz w:val="24"/>
          <w:szCs w:val="24"/>
          <w:lang w:eastAsia="en-GB"/>
        </w:rPr>
      </w:pPr>
      <w:r w:rsidRPr="00AA17AC">
        <w:rPr>
          <w:rFonts w:ascii="Aptos" w:eastAsia="Times New Roman" w:hAnsi="Aptos" w:cs="Helvetica"/>
          <w:b/>
          <w:bCs/>
          <w:sz w:val="24"/>
          <w:szCs w:val="24"/>
          <w:lang w:eastAsia="en-GB"/>
        </w:rPr>
        <w:t xml:space="preserve">Summary of basic requirements and application procedure: </w:t>
      </w:r>
    </w:p>
    <w:p w14:paraId="16FAA44E"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t>Students must have at least completed the next to last year of medical school.</w:t>
      </w:r>
    </w:p>
    <w:p w14:paraId="287E07C6"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t>Medical elective placements are a minimum of 6 weeks (excluding travel and holiday time) and a maximum of three months.</w:t>
      </w:r>
    </w:p>
    <w:p w14:paraId="05FCFCB1"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t>Approval of the student’s medical school and a letter from the school stating that the student is in good standing.</w:t>
      </w:r>
    </w:p>
    <w:p w14:paraId="5576C9E6"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t xml:space="preserve">Students must get the recommendation of one of our </w:t>
      </w:r>
      <w:proofErr w:type="spellStart"/>
      <w:r w:rsidRPr="00AA17AC">
        <w:rPr>
          <w:rFonts w:ascii="Aptos" w:eastAsia="Times New Roman" w:hAnsi="Aptos" w:cs="Helvetica"/>
          <w:sz w:val="24"/>
          <w:szCs w:val="24"/>
          <w:lang w:eastAsia="en-GB"/>
        </w:rPr>
        <w:t>recognised</w:t>
      </w:r>
      <w:proofErr w:type="spellEnd"/>
      <w:r w:rsidRPr="00AA17AC">
        <w:rPr>
          <w:rFonts w:ascii="Aptos" w:eastAsia="Times New Roman" w:hAnsi="Aptos" w:cs="Helvetica"/>
          <w:sz w:val="24"/>
          <w:szCs w:val="24"/>
          <w:lang w:eastAsia="en-GB"/>
        </w:rPr>
        <w:t xml:space="preserve"> mission </w:t>
      </w:r>
      <w:proofErr w:type="spellStart"/>
      <w:r w:rsidRPr="00AA17AC">
        <w:rPr>
          <w:rFonts w:ascii="Aptos" w:eastAsia="Times New Roman" w:hAnsi="Aptos" w:cs="Helvetica"/>
          <w:sz w:val="24"/>
          <w:szCs w:val="24"/>
          <w:lang w:eastAsia="en-GB"/>
        </w:rPr>
        <w:t>organisations</w:t>
      </w:r>
      <w:proofErr w:type="spellEnd"/>
      <w:r w:rsidRPr="00AA17AC">
        <w:rPr>
          <w:rFonts w:ascii="Aptos" w:eastAsia="Times New Roman" w:hAnsi="Aptos" w:cs="Helvetica"/>
          <w:sz w:val="24"/>
          <w:szCs w:val="24"/>
          <w:lang w:eastAsia="en-GB"/>
        </w:rPr>
        <w:t>* within their home country.</w:t>
      </w:r>
    </w:p>
    <w:p w14:paraId="492C4DDA"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t xml:space="preserve">A recommendation letter from the student’s church pastor/elder commenting on their </w:t>
      </w:r>
      <w:proofErr w:type="gramStart"/>
      <w:r w:rsidRPr="00AA17AC">
        <w:rPr>
          <w:rFonts w:ascii="Aptos" w:eastAsia="Times New Roman" w:hAnsi="Aptos" w:cs="Helvetica"/>
          <w:sz w:val="24"/>
          <w:szCs w:val="24"/>
          <w:lang w:eastAsia="en-GB"/>
        </w:rPr>
        <w:t>Christian walk</w:t>
      </w:r>
      <w:proofErr w:type="gramEnd"/>
      <w:r w:rsidRPr="00AA17AC">
        <w:rPr>
          <w:rFonts w:ascii="Aptos" w:eastAsia="Times New Roman" w:hAnsi="Aptos" w:cs="Helvetica"/>
          <w:sz w:val="24"/>
          <w:szCs w:val="24"/>
          <w:lang w:eastAsia="en-GB"/>
        </w:rPr>
        <w:t>, church involvement and responsibilities.</w:t>
      </w:r>
    </w:p>
    <w:p w14:paraId="43B3811B"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t>Students are required to meet all costs themselves. There is also a fee of USD 250 payable to</w:t>
      </w:r>
      <w:r>
        <w:rPr>
          <w:rFonts w:ascii="Aptos" w:eastAsia="Times New Roman" w:hAnsi="Aptos" w:cs="Helvetica"/>
          <w:sz w:val="24"/>
          <w:szCs w:val="24"/>
          <w:lang w:eastAsia="en-GB"/>
        </w:rPr>
        <w:t xml:space="preserve"> the</w:t>
      </w:r>
      <w:r w:rsidRPr="00AA17AC">
        <w:rPr>
          <w:rFonts w:ascii="Aptos" w:eastAsia="Times New Roman" w:hAnsi="Aptos" w:cs="Helvetica"/>
          <w:sz w:val="24"/>
          <w:szCs w:val="24"/>
          <w:lang w:eastAsia="en-GB"/>
        </w:rPr>
        <w:t xml:space="preserve"> UMN </w:t>
      </w:r>
      <w:r>
        <w:rPr>
          <w:rFonts w:ascii="Aptos" w:eastAsia="Times New Roman" w:hAnsi="Aptos" w:cs="Helvetica"/>
          <w:sz w:val="24"/>
          <w:szCs w:val="24"/>
          <w:lang w:eastAsia="en-GB"/>
        </w:rPr>
        <w:t xml:space="preserve">hospitals </w:t>
      </w:r>
      <w:r w:rsidRPr="00AA17AC">
        <w:rPr>
          <w:rFonts w:ascii="Aptos" w:eastAsia="Times New Roman" w:hAnsi="Aptos" w:cs="Helvetica"/>
          <w:sz w:val="24"/>
          <w:szCs w:val="24"/>
          <w:lang w:eastAsia="en-GB"/>
        </w:rPr>
        <w:t>to cover administration</w:t>
      </w:r>
    </w:p>
    <w:p w14:paraId="586CCBA3"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t>Comprehensive medical insurance with provision for evacuation in case of any emergency.</w:t>
      </w:r>
    </w:p>
    <w:p w14:paraId="60CD1C75"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t>Medical fitness certificate from a registered medical officer /general practitioner must be provided.</w:t>
      </w:r>
    </w:p>
    <w:p w14:paraId="37C99217" w14:textId="77777777" w:rsidR="00C83004" w:rsidRPr="00AA17AC" w:rsidRDefault="00C83004" w:rsidP="00C83004">
      <w:pPr>
        <w:pStyle w:val="ListParagraph"/>
        <w:numPr>
          <w:ilvl w:val="0"/>
          <w:numId w:val="11"/>
        </w:numPr>
        <w:shd w:val="clear" w:color="auto" w:fill="FFFFFF"/>
        <w:spacing w:after="0" w:line="240" w:lineRule="auto"/>
        <w:ind w:left="714" w:right="975" w:hanging="357"/>
        <w:contextualSpacing w:val="0"/>
        <w:rPr>
          <w:rFonts w:ascii="Aptos" w:eastAsia="Times New Roman" w:hAnsi="Aptos" w:cs="Helvetica"/>
          <w:sz w:val="24"/>
          <w:szCs w:val="24"/>
          <w:lang w:eastAsia="en-GB"/>
        </w:rPr>
      </w:pPr>
      <w:r w:rsidRPr="00AA17AC">
        <w:rPr>
          <w:rFonts w:ascii="Aptos" w:eastAsia="Times New Roman" w:hAnsi="Aptos" w:cs="Helvetica"/>
          <w:sz w:val="24"/>
          <w:szCs w:val="24"/>
          <w:lang w:eastAsia="en-GB"/>
        </w:rPr>
        <w:lastRenderedPageBreak/>
        <w:t xml:space="preserve">All necessary </w:t>
      </w:r>
      <w:proofErr w:type="spellStart"/>
      <w:r w:rsidRPr="00AA17AC">
        <w:rPr>
          <w:rFonts w:ascii="Aptos" w:eastAsia="Times New Roman" w:hAnsi="Aptos" w:cs="Helvetica"/>
          <w:sz w:val="24"/>
          <w:szCs w:val="24"/>
          <w:lang w:eastAsia="en-GB"/>
        </w:rPr>
        <w:t>immunisations</w:t>
      </w:r>
      <w:proofErr w:type="spellEnd"/>
      <w:r w:rsidRPr="00AA17AC">
        <w:rPr>
          <w:rFonts w:ascii="Aptos" w:eastAsia="Times New Roman" w:hAnsi="Aptos" w:cs="Helvetica"/>
          <w:sz w:val="24"/>
          <w:szCs w:val="24"/>
          <w:lang w:eastAsia="en-GB"/>
        </w:rPr>
        <w:t xml:space="preserve"> before travel.</w:t>
      </w:r>
    </w:p>
    <w:p w14:paraId="4AF6512D" w14:textId="77777777" w:rsidR="00C83004" w:rsidRPr="00AA17AC" w:rsidRDefault="00C83004" w:rsidP="00C83004">
      <w:pPr>
        <w:shd w:val="clear" w:color="auto" w:fill="FFFFFF"/>
        <w:spacing w:before="100" w:beforeAutospacing="1" w:after="150" w:line="240" w:lineRule="auto"/>
        <w:ind w:right="975"/>
        <w:rPr>
          <w:rFonts w:ascii="Aptos" w:eastAsia="Times New Roman" w:hAnsi="Aptos" w:cs="Helvetica"/>
          <w:b/>
          <w:bCs/>
          <w:sz w:val="24"/>
          <w:szCs w:val="24"/>
          <w:lang w:eastAsia="en-GB"/>
        </w:rPr>
      </w:pPr>
      <w:r w:rsidRPr="00AA17AC">
        <w:rPr>
          <w:rFonts w:ascii="Aptos" w:eastAsia="Times New Roman" w:hAnsi="Aptos" w:cs="Helvetica"/>
          <w:b/>
          <w:bCs/>
          <w:sz w:val="24"/>
          <w:szCs w:val="24"/>
          <w:lang w:eastAsia="en-GB"/>
        </w:rPr>
        <w:t>Further details</w:t>
      </w:r>
    </w:p>
    <w:p w14:paraId="6694F680" w14:textId="77777777" w:rsidR="00C83004" w:rsidRPr="00AA17AC" w:rsidRDefault="00C83004" w:rsidP="00C83004">
      <w:pPr>
        <w:shd w:val="clear" w:color="auto" w:fill="FFFFFF"/>
        <w:spacing w:before="100" w:beforeAutospacing="1" w:after="15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 xml:space="preserve">*Students need to be “sent” by one of our </w:t>
      </w:r>
      <w:proofErr w:type="spellStart"/>
      <w:r w:rsidRPr="00AA17AC">
        <w:rPr>
          <w:rFonts w:ascii="Aptos" w:eastAsia="Times New Roman" w:hAnsi="Aptos" w:cs="Helvetica"/>
          <w:sz w:val="24"/>
          <w:szCs w:val="24"/>
          <w:lang w:eastAsia="en-GB"/>
        </w:rPr>
        <w:t>recognised</w:t>
      </w:r>
      <w:proofErr w:type="spellEnd"/>
      <w:r w:rsidRPr="00AA17AC">
        <w:rPr>
          <w:rFonts w:ascii="Aptos" w:eastAsia="Times New Roman" w:hAnsi="Aptos" w:cs="Helvetica"/>
          <w:sz w:val="24"/>
          <w:szCs w:val="24"/>
          <w:lang w:eastAsia="en-GB"/>
        </w:rPr>
        <w:t xml:space="preserve"> mission agencies.  (A list of agencies can be supplied).  These agencies provide valuable back-up and support before, during and after your medical elective. </w:t>
      </w:r>
    </w:p>
    <w:p w14:paraId="7BC16D74" w14:textId="77777777" w:rsidR="00C83004" w:rsidRPr="00AA17AC" w:rsidRDefault="00C83004" w:rsidP="00C83004">
      <w:pPr>
        <w:shd w:val="clear" w:color="auto" w:fill="FFFFFF"/>
        <w:spacing w:after="15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 xml:space="preserve">We accept a maximum of </w:t>
      </w:r>
      <w:r>
        <w:rPr>
          <w:rFonts w:ascii="Aptos" w:eastAsia="Times New Roman" w:hAnsi="Aptos" w:cs="Helvetica"/>
          <w:sz w:val="24"/>
          <w:szCs w:val="24"/>
          <w:lang w:eastAsia="en-GB"/>
        </w:rPr>
        <w:t>three</w:t>
      </w:r>
      <w:r w:rsidRPr="00AA17AC">
        <w:rPr>
          <w:rFonts w:ascii="Aptos" w:eastAsia="Times New Roman" w:hAnsi="Aptos" w:cs="Helvetica"/>
          <w:sz w:val="24"/>
          <w:szCs w:val="24"/>
          <w:lang w:eastAsia="en-GB"/>
        </w:rPr>
        <w:t xml:space="preserve"> students at any one time - two in Tansen and </w:t>
      </w:r>
      <w:r>
        <w:rPr>
          <w:rFonts w:ascii="Aptos" w:eastAsia="Times New Roman" w:hAnsi="Aptos" w:cs="Helvetica"/>
          <w:sz w:val="24"/>
          <w:szCs w:val="24"/>
          <w:lang w:eastAsia="en-GB"/>
        </w:rPr>
        <w:t>one</w:t>
      </w:r>
      <w:r w:rsidRPr="00AA17AC">
        <w:rPr>
          <w:rFonts w:ascii="Aptos" w:eastAsia="Times New Roman" w:hAnsi="Aptos" w:cs="Helvetica"/>
          <w:sz w:val="24"/>
          <w:szCs w:val="24"/>
          <w:lang w:eastAsia="en-GB"/>
        </w:rPr>
        <w:t xml:space="preserve"> in </w:t>
      </w:r>
      <w:proofErr w:type="spellStart"/>
      <w:r w:rsidRPr="00AA17AC">
        <w:rPr>
          <w:rFonts w:ascii="Aptos" w:eastAsia="Times New Roman" w:hAnsi="Aptos" w:cs="Helvetica"/>
          <w:sz w:val="24"/>
          <w:szCs w:val="24"/>
          <w:lang w:eastAsia="en-GB"/>
        </w:rPr>
        <w:t>Okhaldhunga</w:t>
      </w:r>
      <w:proofErr w:type="spellEnd"/>
      <w:r w:rsidRPr="00AA17AC">
        <w:rPr>
          <w:rFonts w:ascii="Aptos" w:eastAsia="Times New Roman" w:hAnsi="Aptos" w:cs="Helvetica"/>
          <w:sz w:val="24"/>
          <w:szCs w:val="24"/>
          <w:lang w:eastAsia="en-GB"/>
        </w:rPr>
        <w:t>.</w:t>
      </w:r>
      <w:r w:rsidRPr="00AA17AC">
        <w:rPr>
          <w:rFonts w:ascii="Aptos" w:eastAsia="Times New Roman" w:hAnsi="Aptos" w:cs="Helvetica"/>
          <w:strike/>
          <w:sz w:val="24"/>
          <w:szCs w:val="24"/>
          <w:lang w:eastAsia="en-GB"/>
        </w:rPr>
        <w:t xml:space="preserve"> </w:t>
      </w:r>
    </w:p>
    <w:p w14:paraId="4690FCFE" w14:textId="77777777" w:rsidR="00C83004" w:rsidRPr="00AA17AC" w:rsidRDefault="00C83004" w:rsidP="00C83004">
      <w:pPr>
        <w:shd w:val="clear" w:color="auto" w:fill="FFFFFF"/>
        <w:spacing w:after="150" w:line="240" w:lineRule="auto"/>
        <w:ind w:right="975"/>
        <w:rPr>
          <w:rFonts w:ascii="Aptos" w:eastAsia="Times New Roman" w:hAnsi="Aptos" w:cs="Helvetica"/>
          <w:strike/>
          <w:sz w:val="24"/>
          <w:szCs w:val="24"/>
          <w:lang w:eastAsia="en-GB"/>
        </w:rPr>
      </w:pPr>
      <w:r w:rsidRPr="00AA17AC">
        <w:rPr>
          <w:rFonts w:ascii="Aptos" w:eastAsia="Times New Roman" w:hAnsi="Aptos" w:cs="Helvetica"/>
          <w:sz w:val="24"/>
          <w:szCs w:val="24"/>
          <w:lang w:eastAsia="en-GB"/>
        </w:rPr>
        <w:t xml:space="preserve">It is crucial that all students </w:t>
      </w:r>
      <w:r w:rsidRPr="00AA17AC">
        <w:rPr>
          <w:rFonts w:ascii="Aptos" w:eastAsia="Times New Roman" w:hAnsi="Aptos" w:cs="Helvetica"/>
          <w:b/>
          <w:bCs/>
          <w:sz w:val="24"/>
          <w:szCs w:val="24"/>
          <w:lang w:eastAsia="en-GB"/>
        </w:rPr>
        <w:t xml:space="preserve">already have clinical experience </w:t>
      </w:r>
      <w:r w:rsidRPr="00AA17AC">
        <w:rPr>
          <w:rFonts w:ascii="Aptos" w:eastAsia="Times New Roman" w:hAnsi="Aptos" w:cs="Helvetica"/>
          <w:sz w:val="24"/>
          <w:szCs w:val="24"/>
          <w:lang w:eastAsia="en-GB"/>
        </w:rPr>
        <w:t xml:space="preserve">(history-taking and physical examination) </w:t>
      </w:r>
      <w:proofErr w:type="gramStart"/>
      <w:r w:rsidRPr="00AA17AC">
        <w:rPr>
          <w:rFonts w:ascii="Aptos" w:eastAsia="Times New Roman" w:hAnsi="Aptos" w:cs="Helvetica"/>
          <w:sz w:val="24"/>
          <w:szCs w:val="24"/>
          <w:lang w:eastAsia="en-GB"/>
        </w:rPr>
        <w:t>in order to</w:t>
      </w:r>
      <w:proofErr w:type="gramEnd"/>
      <w:r w:rsidRPr="00AA17AC">
        <w:rPr>
          <w:rFonts w:ascii="Aptos" w:eastAsia="Times New Roman" w:hAnsi="Aptos" w:cs="Helvetica"/>
          <w:sz w:val="24"/>
          <w:szCs w:val="24"/>
          <w:lang w:eastAsia="en-GB"/>
        </w:rPr>
        <w:t xml:space="preserve"> fully benefit from the elective.  Rural hospitals in developing countries see a wide variety of clinical cases, many of which will be new to international medical students.</w:t>
      </w:r>
    </w:p>
    <w:p w14:paraId="43466DDF" w14:textId="77777777" w:rsidR="00C83004" w:rsidRPr="00AA17AC" w:rsidRDefault="00C83004" w:rsidP="00C83004">
      <w:pPr>
        <w:shd w:val="clear" w:color="auto" w:fill="FFFFFF"/>
        <w:spacing w:after="15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 xml:space="preserve">We ask that you </w:t>
      </w:r>
      <w:r w:rsidRPr="00AA17AC">
        <w:rPr>
          <w:rFonts w:ascii="Aptos" w:eastAsia="Times New Roman" w:hAnsi="Aptos" w:cs="Helvetica"/>
          <w:b/>
          <w:bCs/>
          <w:sz w:val="24"/>
          <w:szCs w:val="24"/>
          <w:lang w:eastAsia="en-GB"/>
        </w:rPr>
        <w:t>commit to this elective period 100%</w:t>
      </w:r>
      <w:r w:rsidRPr="00AA17AC">
        <w:rPr>
          <w:rFonts w:ascii="Aptos" w:eastAsia="Times New Roman" w:hAnsi="Aptos" w:cs="Helvetica"/>
          <w:sz w:val="24"/>
          <w:szCs w:val="24"/>
          <w:lang w:eastAsia="en-GB"/>
        </w:rPr>
        <w:t xml:space="preserve"> whilst you are here. </w:t>
      </w:r>
      <w:r>
        <w:rPr>
          <w:rFonts w:ascii="Aptos" w:eastAsia="Times New Roman" w:hAnsi="Aptos" w:cs="Helvetica"/>
          <w:sz w:val="24"/>
          <w:szCs w:val="24"/>
          <w:lang w:eastAsia="en-GB"/>
        </w:rPr>
        <w:t xml:space="preserve"> We</w:t>
      </w:r>
      <w:r w:rsidRPr="00AA17AC">
        <w:rPr>
          <w:rFonts w:ascii="Aptos" w:eastAsia="Times New Roman" w:hAnsi="Aptos" w:cs="Helvetica"/>
          <w:sz w:val="24"/>
          <w:szCs w:val="24"/>
          <w:lang w:eastAsia="en-GB"/>
        </w:rPr>
        <w:t xml:space="preserve"> get three times as many applications as there are places</w:t>
      </w:r>
      <w:r>
        <w:rPr>
          <w:rFonts w:ascii="Aptos" w:eastAsia="Times New Roman" w:hAnsi="Aptos" w:cs="Helvetica"/>
          <w:sz w:val="24"/>
          <w:szCs w:val="24"/>
          <w:lang w:eastAsia="en-GB"/>
        </w:rPr>
        <w:t>.  Our</w:t>
      </w:r>
      <w:r w:rsidRPr="00AA17AC">
        <w:rPr>
          <w:rFonts w:ascii="Aptos" w:eastAsia="Times New Roman" w:hAnsi="Aptos" w:cs="Helvetica"/>
          <w:sz w:val="24"/>
          <w:szCs w:val="24"/>
          <w:lang w:eastAsia="en-GB"/>
        </w:rPr>
        <w:t xml:space="preserve"> doctors are investing time into you as we want your elective to achieve something, to challenge you, to change you and allow you an opportunity to test what God may be saying for now and the future.</w:t>
      </w:r>
    </w:p>
    <w:p w14:paraId="7FF1D66E" w14:textId="77777777" w:rsidR="00C83004" w:rsidRPr="00AA17AC" w:rsidRDefault="00C83004" w:rsidP="00C83004">
      <w:pPr>
        <w:shd w:val="clear" w:color="auto" w:fill="FFFFFF"/>
        <w:spacing w:after="15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 xml:space="preserve">As a student you need to be willing to </w:t>
      </w:r>
      <w:r w:rsidRPr="00AA17AC">
        <w:rPr>
          <w:rFonts w:ascii="Aptos" w:eastAsia="Times New Roman" w:hAnsi="Aptos" w:cs="Helvetica"/>
          <w:b/>
          <w:bCs/>
          <w:sz w:val="24"/>
          <w:szCs w:val="24"/>
          <w:lang w:eastAsia="en-GB"/>
        </w:rPr>
        <w:t>take initiative during</w:t>
      </w:r>
      <w:r w:rsidRPr="00AA17AC">
        <w:rPr>
          <w:rFonts w:ascii="Aptos" w:eastAsia="Times New Roman" w:hAnsi="Aptos" w:cs="Helvetica"/>
          <w:sz w:val="24"/>
          <w:szCs w:val="24"/>
          <w:lang w:eastAsia="en-GB"/>
        </w:rPr>
        <w:t xml:space="preserve"> your elective period. The more you put in the more you are likely to get out of it. There are lots of opportunities to observe as well as to do some more hands-on procedures. We try to give our students as many opportunities as we can, but it is important to remember that part of our mandate is to train Nepali staff, so they naturally take priority when training opportunities come up.  Be prepared to take night call occasionally to experience after-hours medical work</w:t>
      </w:r>
    </w:p>
    <w:p w14:paraId="7BBC32AB" w14:textId="77777777" w:rsidR="00C83004" w:rsidRPr="00AA17AC" w:rsidRDefault="00C83004" w:rsidP="00C83004">
      <w:pPr>
        <w:shd w:val="clear" w:color="auto" w:fill="FFFFFF"/>
        <w:spacing w:after="150" w:line="240" w:lineRule="auto"/>
        <w:ind w:right="975"/>
        <w:rPr>
          <w:rFonts w:ascii="Aptos" w:eastAsia="Times New Roman" w:hAnsi="Aptos" w:cs="Helvetica"/>
          <w:sz w:val="24"/>
          <w:szCs w:val="24"/>
          <w:lang w:eastAsia="en-GB"/>
        </w:rPr>
      </w:pPr>
      <w:r w:rsidRPr="00AA17AC">
        <w:rPr>
          <w:rFonts w:ascii="Aptos" w:eastAsia="Times New Roman" w:hAnsi="Aptos" w:cs="Helvetica"/>
          <w:sz w:val="24"/>
          <w:szCs w:val="24"/>
          <w:lang w:eastAsia="en-GB"/>
        </w:rPr>
        <w:t xml:space="preserve">You can do a placement in one of our two hospitals: </w:t>
      </w:r>
    </w:p>
    <w:p w14:paraId="7DF0BBEF" w14:textId="77777777" w:rsidR="00C83004" w:rsidRPr="00AA17AC" w:rsidRDefault="00C83004" w:rsidP="00C83004">
      <w:pPr>
        <w:shd w:val="clear" w:color="auto" w:fill="FFFFFF"/>
        <w:spacing w:after="150" w:line="240" w:lineRule="auto"/>
        <w:ind w:right="975"/>
        <w:rPr>
          <w:rFonts w:ascii="Aptos" w:eastAsia="Times New Roman" w:hAnsi="Aptos" w:cs="Helvetica"/>
          <w:sz w:val="24"/>
          <w:szCs w:val="24"/>
          <w:lang w:eastAsia="en-GB"/>
        </w:rPr>
      </w:pPr>
      <w:r w:rsidRPr="00AA17AC">
        <w:rPr>
          <w:rFonts w:ascii="Aptos" w:eastAsia="Times New Roman" w:hAnsi="Aptos" w:cs="Helvetica"/>
          <w:b/>
          <w:bCs/>
          <w:sz w:val="24"/>
          <w:szCs w:val="24"/>
          <w:lang w:eastAsia="en-GB"/>
        </w:rPr>
        <w:t>United Mission Hospital Tansen</w:t>
      </w:r>
      <w:r w:rsidRPr="00AA17AC">
        <w:rPr>
          <w:rFonts w:ascii="Aptos" w:eastAsia="Times New Roman" w:hAnsi="Aptos" w:cs="Helvetica"/>
          <w:sz w:val="24"/>
          <w:szCs w:val="24"/>
          <w:lang w:eastAsia="en-GB"/>
        </w:rPr>
        <w:t xml:space="preserve"> (UMHT) is a 169-bed acute care general hospital with some specialist services available</w:t>
      </w:r>
      <w:r>
        <w:rPr>
          <w:rFonts w:ascii="Aptos" w:eastAsia="Times New Roman" w:hAnsi="Aptos" w:cs="Helvetica"/>
          <w:sz w:val="24"/>
          <w:szCs w:val="24"/>
          <w:lang w:eastAsia="en-GB"/>
        </w:rPr>
        <w:t xml:space="preserve"> – </w:t>
      </w:r>
      <w:proofErr w:type="spellStart"/>
      <w:r>
        <w:rPr>
          <w:rFonts w:ascii="Aptos" w:eastAsia="Times New Roman" w:hAnsi="Aptos" w:cs="Helvetica"/>
          <w:sz w:val="24"/>
          <w:szCs w:val="24"/>
          <w:lang w:eastAsia="en-GB"/>
        </w:rPr>
        <w:t>orthopaedics</w:t>
      </w:r>
      <w:proofErr w:type="spellEnd"/>
      <w:r>
        <w:rPr>
          <w:rFonts w:ascii="Aptos" w:eastAsia="Times New Roman" w:hAnsi="Aptos" w:cs="Helvetica"/>
          <w:sz w:val="24"/>
          <w:szCs w:val="24"/>
          <w:lang w:eastAsia="en-GB"/>
        </w:rPr>
        <w:t xml:space="preserve">, maternity, </w:t>
      </w:r>
      <w:proofErr w:type="spellStart"/>
      <w:r>
        <w:rPr>
          <w:rFonts w:ascii="Aptos" w:eastAsia="Times New Roman" w:hAnsi="Aptos" w:cs="Helvetica"/>
          <w:sz w:val="24"/>
          <w:szCs w:val="24"/>
          <w:lang w:eastAsia="en-GB"/>
        </w:rPr>
        <w:t>paediatrics</w:t>
      </w:r>
      <w:proofErr w:type="spellEnd"/>
      <w:r>
        <w:rPr>
          <w:rFonts w:ascii="Aptos" w:eastAsia="Times New Roman" w:hAnsi="Aptos" w:cs="Helvetica"/>
          <w:sz w:val="24"/>
          <w:szCs w:val="24"/>
          <w:lang w:eastAsia="en-GB"/>
        </w:rPr>
        <w:t>.</w:t>
      </w:r>
      <w:r w:rsidRPr="00AA17AC">
        <w:rPr>
          <w:rFonts w:ascii="Aptos" w:eastAsia="Times New Roman" w:hAnsi="Aptos" w:cs="Helvetica"/>
          <w:sz w:val="24"/>
          <w:szCs w:val="24"/>
          <w:lang w:eastAsia="en-GB"/>
        </w:rPr>
        <w:t xml:space="preserve"> This hospital </w:t>
      </w:r>
      <w:proofErr w:type="gramStart"/>
      <w:r w:rsidRPr="00AA17AC">
        <w:rPr>
          <w:rFonts w:ascii="Aptos" w:eastAsia="Times New Roman" w:hAnsi="Aptos" w:cs="Helvetica"/>
          <w:sz w:val="24"/>
          <w:szCs w:val="24"/>
          <w:lang w:eastAsia="en-GB"/>
        </w:rPr>
        <w:t>is located in</w:t>
      </w:r>
      <w:proofErr w:type="gramEnd"/>
      <w:r w:rsidRPr="00AA17AC">
        <w:rPr>
          <w:rFonts w:ascii="Aptos" w:eastAsia="Times New Roman" w:hAnsi="Aptos" w:cs="Helvetica"/>
          <w:sz w:val="24"/>
          <w:szCs w:val="24"/>
          <w:lang w:eastAsia="en-GB"/>
        </w:rPr>
        <w:t xml:space="preserve"> a hilly region 300 km west of Kathmandu and can be reached by road (10-12 hours) or by air plus road (30 minutes+ 2 hours + waiting time). There is a guest house on the hospital compound. The hospital takes trainees in the MDGP (Medical Doctorate in General Practice,) program for rural rotations.  It also does other short training programs. There is a library with </w:t>
      </w:r>
      <w:proofErr w:type="gramStart"/>
      <w:r w:rsidRPr="00AA17AC">
        <w:rPr>
          <w:rFonts w:ascii="Aptos" w:eastAsia="Times New Roman" w:hAnsi="Aptos" w:cs="Helvetica"/>
          <w:sz w:val="24"/>
          <w:szCs w:val="24"/>
          <w:lang w:eastAsia="en-GB"/>
        </w:rPr>
        <w:t>fairly well</w:t>
      </w:r>
      <w:proofErr w:type="gramEnd"/>
      <w:r w:rsidRPr="00AA17AC">
        <w:rPr>
          <w:rFonts w:ascii="Aptos" w:eastAsia="Times New Roman" w:hAnsi="Aptos" w:cs="Helvetica"/>
          <w:sz w:val="24"/>
          <w:szCs w:val="24"/>
          <w:lang w:eastAsia="en-GB"/>
        </w:rPr>
        <w:t xml:space="preserve"> stocked books and some medical journals, and internet access with a subscription to ‘</w:t>
      </w:r>
      <w:proofErr w:type="gramStart"/>
      <w:r w:rsidRPr="00AA17AC">
        <w:rPr>
          <w:rFonts w:ascii="Aptos" w:eastAsia="Times New Roman" w:hAnsi="Aptos" w:cs="Helvetica"/>
          <w:sz w:val="24"/>
          <w:szCs w:val="24"/>
          <w:lang w:eastAsia="en-GB"/>
        </w:rPr>
        <w:t>Up-to-Date</w:t>
      </w:r>
      <w:proofErr w:type="gramEnd"/>
      <w:r w:rsidRPr="00AA17AC">
        <w:rPr>
          <w:rFonts w:ascii="Aptos" w:eastAsia="Times New Roman" w:hAnsi="Aptos" w:cs="Helvetica"/>
          <w:sz w:val="24"/>
          <w:szCs w:val="24"/>
          <w:lang w:eastAsia="en-GB"/>
        </w:rPr>
        <w:t>’.</w:t>
      </w:r>
    </w:p>
    <w:p w14:paraId="1766BCBC" w14:textId="77777777" w:rsidR="00C83004" w:rsidRDefault="00C83004" w:rsidP="00C83004">
      <w:pPr>
        <w:shd w:val="clear" w:color="auto" w:fill="FFFFFF"/>
        <w:spacing w:after="150" w:line="240" w:lineRule="auto"/>
        <w:ind w:right="975"/>
        <w:rPr>
          <w:rFonts w:ascii="Aptos" w:eastAsia="Times New Roman" w:hAnsi="Aptos" w:cs="Helvetica"/>
          <w:sz w:val="24"/>
          <w:szCs w:val="24"/>
          <w:lang w:eastAsia="en-GB"/>
        </w:rPr>
      </w:pPr>
      <w:proofErr w:type="spellStart"/>
      <w:r w:rsidRPr="00AA17AC">
        <w:rPr>
          <w:rFonts w:ascii="Aptos" w:eastAsia="Times New Roman" w:hAnsi="Aptos" w:cs="Helvetica"/>
          <w:b/>
          <w:bCs/>
          <w:sz w:val="24"/>
          <w:szCs w:val="24"/>
          <w:lang w:eastAsia="en-GB"/>
        </w:rPr>
        <w:lastRenderedPageBreak/>
        <w:t>Okhaldhunga</w:t>
      </w:r>
      <w:proofErr w:type="spellEnd"/>
      <w:r w:rsidRPr="00AA17AC">
        <w:rPr>
          <w:rFonts w:ascii="Aptos" w:eastAsia="Times New Roman" w:hAnsi="Aptos" w:cs="Helvetica"/>
          <w:b/>
          <w:bCs/>
          <w:sz w:val="24"/>
          <w:szCs w:val="24"/>
          <w:lang w:eastAsia="en-GB"/>
        </w:rPr>
        <w:t xml:space="preserve"> Community Hospital</w:t>
      </w:r>
      <w:r w:rsidRPr="00AA17AC">
        <w:rPr>
          <w:rFonts w:ascii="Aptos" w:eastAsia="Times New Roman" w:hAnsi="Aptos" w:cs="Helvetica"/>
          <w:sz w:val="24"/>
          <w:szCs w:val="24"/>
          <w:lang w:eastAsia="en-GB"/>
        </w:rPr>
        <w:t xml:space="preserve"> (OCH), a 50-bed acute care general hospital, </w:t>
      </w:r>
      <w:proofErr w:type="gramStart"/>
      <w:r w:rsidRPr="00AA17AC">
        <w:rPr>
          <w:rFonts w:ascii="Aptos" w:eastAsia="Times New Roman" w:hAnsi="Aptos" w:cs="Helvetica"/>
          <w:sz w:val="24"/>
          <w:szCs w:val="24"/>
          <w:lang w:eastAsia="en-GB"/>
        </w:rPr>
        <w:t>is located in</w:t>
      </w:r>
      <w:proofErr w:type="gramEnd"/>
      <w:r w:rsidRPr="00AA17AC">
        <w:rPr>
          <w:rFonts w:ascii="Aptos" w:eastAsia="Times New Roman" w:hAnsi="Aptos" w:cs="Helvetica"/>
          <w:sz w:val="24"/>
          <w:szCs w:val="24"/>
          <w:lang w:eastAsia="en-GB"/>
        </w:rPr>
        <w:t xml:space="preserve"> the hilly region east of Kathmandu.</w:t>
      </w:r>
      <w:r>
        <w:rPr>
          <w:rFonts w:ascii="Aptos" w:eastAsia="Times New Roman" w:hAnsi="Aptos" w:cs="Helvetica"/>
          <w:sz w:val="24"/>
          <w:szCs w:val="24"/>
          <w:lang w:eastAsia="en-GB"/>
        </w:rPr>
        <w:t xml:space="preserve">  Its main areas of work include adult medicine and surgery, obstetrics, </w:t>
      </w:r>
      <w:proofErr w:type="spellStart"/>
      <w:r>
        <w:rPr>
          <w:rFonts w:ascii="Aptos" w:eastAsia="Times New Roman" w:hAnsi="Aptos" w:cs="Helvetica"/>
          <w:sz w:val="24"/>
          <w:szCs w:val="24"/>
          <w:lang w:eastAsia="en-GB"/>
        </w:rPr>
        <w:t>orthopaedics</w:t>
      </w:r>
      <w:proofErr w:type="spellEnd"/>
      <w:r>
        <w:rPr>
          <w:rFonts w:ascii="Aptos" w:eastAsia="Times New Roman" w:hAnsi="Aptos" w:cs="Helvetica"/>
          <w:sz w:val="24"/>
          <w:szCs w:val="24"/>
          <w:lang w:eastAsia="en-GB"/>
        </w:rPr>
        <w:t xml:space="preserve">, and </w:t>
      </w:r>
      <w:proofErr w:type="spellStart"/>
      <w:r>
        <w:rPr>
          <w:rFonts w:ascii="Aptos" w:eastAsia="Times New Roman" w:hAnsi="Aptos" w:cs="Helvetica"/>
          <w:sz w:val="24"/>
          <w:szCs w:val="24"/>
          <w:lang w:eastAsia="en-GB"/>
        </w:rPr>
        <w:t>paediatrics</w:t>
      </w:r>
      <w:proofErr w:type="spellEnd"/>
      <w:r w:rsidRPr="00AA17AC">
        <w:rPr>
          <w:rFonts w:ascii="Aptos" w:eastAsia="Times New Roman" w:hAnsi="Aptos" w:cs="Helvetica"/>
          <w:sz w:val="24"/>
          <w:szCs w:val="24"/>
          <w:lang w:eastAsia="en-GB"/>
        </w:rPr>
        <w:t xml:space="preserve"> The journey to reach </w:t>
      </w:r>
      <w:proofErr w:type="spellStart"/>
      <w:r w:rsidRPr="00AA17AC">
        <w:rPr>
          <w:rFonts w:ascii="Aptos" w:eastAsia="Times New Roman" w:hAnsi="Aptos" w:cs="Helvetica"/>
          <w:sz w:val="24"/>
          <w:szCs w:val="24"/>
          <w:lang w:eastAsia="en-GB"/>
        </w:rPr>
        <w:t>Okhaldhunga</w:t>
      </w:r>
      <w:proofErr w:type="spellEnd"/>
      <w:r w:rsidRPr="00AA17AC">
        <w:rPr>
          <w:rFonts w:ascii="Aptos" w:eastAsia="Times New Roman" w:hAnsi="Aptos" w:cs="Helvetica"/>
          <w:sz w:val="24"/>
          <w:szCs w:val="24"/>
          <w:lang w:eastAsia="en-GB"/>
        </w:rPr>
        <w:t xml:space="preserve"> from Kathmandu is 8 hours by road. OCH has a guesthouse situated near to the hospital for short-term visitors. It also acts as a site for MDGP residents' rural placement.</w:t>
      </w:r>
    </w:p>
    <w:p w14:paraId="05682A0E" w14:textId="77777777" w:rsidR="00C83004" w:rsidRDefault="00C83004" w:rsidP="00C83004">
      <w:pPr>
        <w:shd w:val="clear" w:color="auto" w:fill="FFFFFF"/>
        <w:spacing w:after="150" w:line="240" w:lineRule="auto"/>
        <w:ind w:right="975"/>
        <w:rPr>
          <w:rFonts w:ascii="Aptos" w:eastAsia="Times New Roman" w:hAnsi="Aptos" w:cs="Helvetica"/>
          <w:sz w:val="24"/>
          <w:szCs w:val="24"/>
          <w:lang w:eastAsia="en-GB"/>
        </w:rPr>
      </w:pPr>
      <w:r>
        <w:rPr>
          <w:rFonts w:ascii="Aptos" w:eastAsia="Times New Roman" w:hAnsi="Aptos" w:cs="Helvetica"/>
          <w:b/>
          <w:bCs/>
          <w:sz w:val="24"/>
          <w:szCs w:val="24"/>
          <w:lang w:eastAsia="en-GB"/>
        </w:rPr>
        <w:t>Would you like to apply?  Have further questions?</w:t>
      </w:r>
      <w:r>
        <w:rPr>
          <w:rFonts w:ascii="Aptos" w:eastAsia="Times New Roman" w:hAnsi="Aptos" w:cs="Helvetica"/>
          <w:sz w:val="24"/>
          <w:szCs w:val="24"/>
          <w:lang w:eastAsia="en-GB"/>
        </w:rPr>
        <w:t xml:space="preserve">  Please contact us at </w:t>
      </w:r>
      <w:hyperlink r:id="rId14" w:history="1">
        <w:r w:rsidRPr="00104888">
          <w:rPr>
            <w:rStyle w:val="Hyperlink"/>
            <w:rFonts w:ascii="Aptos" w:eastAsia="Times New Roman" w:hAnsi="Aptos" w:cs="Helvetica"/>
            <w:sz w:val="24"/>
            <w:szCs w:val="24"/>
            <w:lang w:eastAsia="en-GB"/>
          </w:rPr>
          <w:t>medical.electives@umn.org.np</w:t>
        </w:r>
      </w:hyperlink>
    </w:p>
    <w:p w14:paraId="0A5F8850" w14:textId="77777777" w:rsidR="00C83004" w:rsidRPr="00BB4546" w:rsidRDefault="00C83004"/>
    <w:sectPr w:rsidR="00C83004" w:rsidRPr="00BB4546" w:rsidSect="00DC4234">
      <w:pgSz w:w="15840" w:h="12240" w:orient="landscape"/>
      <w:pgMar w:top="1800" w:right="1440" w:bottom="18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modern"/>
    <w:pitch w:val="fixed"/>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C890F39"/>
    <w:multiLevelType w:val="multilevel"/>
    <w:tmpl w:val="71204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AF6A0F"/>
    <w:multiLevelType w:val="hybridMultilevel"/>
    <w:tmpl w:val="254AFD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38074269">
    <w:abstractNumId w:val="8"/>
  </w:num>
  <w:num w:numId="2" w16cid:durableId="723455769">
    <w:abstractNumId w:val="6"/>
  </w:num>
  <w:num w:numId="3" w16cid:durableId="1137455475">
    <w:abstractNumId w:val="5"/>
  </w:num>
  <w:num w:numId="4" w16cid:durableId="613902162">
    <w:abstractNumId w:val="4"/>
  </w:num>
  <w:num w:numId="5" w16cid:durableId="1190222122">
    <w:abstractNumId w:val="7"/>
  </w:num>
  <w:num w:numId="6" w16cid:durableId="2004316400">
    <w:abstractNumId w:val="3"/>
  </w:num>
  <w:num w:numId="7" w16cid:durableId="1958751680">
    <w:abstractNumId w:val="2"/>
  </w:num>
  <w:num w:numId="8" w16cid:durableId="606620192">
    <w:abstractNumId w:val="1"/>
  </w:num>
  <w:num w:numId="9" w16cid:durableId="902646218">
    <w:abstractNumId w:val="0"/>
  </w:num>
  <w:num w:numId="10" w16cid:durableId="2105376536">
    <w:abstractNumId w:val="9"/>
  </w:num>
  <w:num w:numId="11" w16cid:durableId="6464723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4549F"/>
    <w:rsid w:val="0015074B"/>
    <w:rsid w:val="00175E2A"/>
    <w:rsid w:val="0029639D"/>
    <w:rsid w:val="00326F90"/>
    <w:rsid w:val="003B7E3A"/>
    <w:rsid w:val="007F0965"/>
    <w:rsid w:val="00801982"/>
    <w:rsid w:val="008C0408"/>
    <w:rsid w:val="008E3C55"/>
    <w:rsid w:val="0096776A"/>
    <w:rsid w:val="009D5019"/>
    <w:rsid w:val="00A52AFA"/>
    <w:rsid w:val="00AA1D8D"/>
    <w:rsid w:val="00B47730"/>
    <w:rsid w:val="00BB4546"/>
    <w:rsid w:val="00BE1C4D"/>
    <w:rsid w:val="00C330AD"/>
    <w:rsid w:val="00C83004"/>
    <w:rsid w:val="00CB0664"/>
    <w:rsid w:val="00CF130F"/>
    <w:rsid w:val="00DC4234"/>
    <w:rsid w:val="00F1561A"/>
    <w:rsid w:val="00F8014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C9FD7F"/>
  <w14:defaultImageDpi w14:val="300"/>
  <w15:docId w15:val="{C8A4FF7D-154D-4001-8F4D-9384479C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BB4546"/>
    <w:rPr>
      <w:color w:val="0000FF" w:themeColor="hyperlink"/>
      <w:u w:val="single"/>
    </w:rPr>
  </w:style>
  <w:style w:type="character" w:styleId="UnresolvedMention">
    <w:name w:val="Unresolved Mention"/>
    <w:basedOn w:val="DefaultParagraphFont"/>
    <w:uiPriority w:val="99"/>
    <w:semiHidden/>
    <w:unhideWhenUsed/>
    <w:rsid w:val="00BB45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352726">
      <w:bodyDiv w:val="1"/>
      <w:marLeft w:val="0"/>
      <w:marRight w:val="0"/>
      <w:marTop w:val="0"/>
      <w:marBottom w:val="0"/>
      <w:divBdr>
        <w:top w:val="none" w:sz="0" w:space="0" w:color="auto"/>
        <w:left w:val="none" w:sz="0" w:space="0" w:color="auto"/>
        <w:bottom w:val="none" w:sz="0" w:space="0" w:color="auto"/>
        <w:right w:val="none" w:sz="0" w:space="0" w:color="auto"/>
      </w:divBdr>
    </w:div>
    <w:div w:id="365787979">
      <w:bodyDiv w:val="1"/>
      <w:marLeft w:val="0"/>
      <w:marRight w:val="0"/>
      <w:marTop w:val="0"/>
      <w:marBottom w:val="0"/>
      <w:divBdr>
        <w:top w:val="none" w:sz="0" w:space="0" w:color="auto"/>
        <w:left w:val="none" w:sz="0" w:space="0" w:color="auto"/>
        <w:bottom w:val="none" w:sz="0" w:space="0" w:color="auto"/>
        <w:right w:val="none" w:sz="0" w:space="0" w:color="auto"/>
      </w:divBdr>
      <w:divsChild>
        <w:div w:id="1471485009">
          <w:marLeft w:val="0"/>
          <w:marRight w:val="0"/>
          <w:marTop w:val="0"/>
          <w:marBottom w:val="0"/>
          <w:divBdr>
            <w:top w:val="none" w:sz="0" w:space="0" w:color="auto"/>
            <w:left w:val="none" w:sz="0" w:space="0" w:color="auto"/>
            <w:bottom w:val="none" w:sz="0" w:space="0" w:color="auto"/>
            <w:right w:val="none" w:sz="0" w:space="0" w:color="auto"/>
          </w:divBdr>
        </w:div>
        <w:div w:id="2121533656">
          <w:marLeft w:val="0"/>
          <w:marRight w:val="0"/>
          <w:marTop w:val="0"/>
          <w:marBottom w:val="0"/>
          <w:divBdr>
            <w:top w:val="none" w:sz="0" w:space="0" w:color="auto"/>
            <w:left w:val="none" w:sz="0" w:space="0" w:color="auto"/>
            <w:bottom w:val="none" w:sz="0" w:space="0" w:color="auto"/>
            <w:right w:val="none" w:sz="0" w:space="0" w:color="auto"/>
          </w:divBdr>
        </w:div>
        <w:div w:id="1317105896">
          <w:marLeft w:val="0"/>
          <w:marRight w:val="0"/>
          <w:marTop w:val="0"/>
          <w:marBottom w:val="0"/>
          <w:divBdr>
            <w:top w:val="none" w:sz="0" w:space="0" w:color="auto"/>
            <w:left w:val="none" w:sz="0" w:space="0" w:color="auto"/>
            <w:bottom w:val="none" w:sz="0" w:space="0" w:color="auto"/>
            <w:right w:val="none" w:sz="0" w:space="0" w:color="auto"/>
          </w:divBdr>
        </w:div>
        <w:div w:id="787353381">
          <w:marLeft w:val="0"/>
          <w:marRight w:val="0"/>
          <w:marTop w:val="0"/>
          <w:marBottom w:val="0"/>
          <w:divBdr>
            <w:top w:val="none" w:sz="0" w:space="0" w:color="auto"/>
            <w:left w:val="none" w:sz="0" w:space="0" w:color="auto"/>
            <w:bottom w:val="none" w:sz="0" w:space="0" w:color="auto"/>
            <w:right w:val="none" w:sz="0" w:space="0" w:color="auto"/>
          </w:divBdr>
        </w:div>
      </w:divsChild>
    </w:div>
    <w:div w:id="808746693">
      <w:bodyDiv w:val="1"/>
      <w:marLeft w:val="0"/>
      <w:marRight w:val="0"/>
      <w:marTop w:val="0"/>
      <w:marBottom w:val="0"/>
      <w:divBdr>
        <w:top w:val="none" w:sz="0" w:space="0" w:color="auto"/>
        <w:left w:val="none" w:sz="0" w:space="0" w:color="auto"/>
        <w:bottom w:val="none" w:sz="0" w:space="0" w:color="auto"/>
        <w:right w:val="none" w:sz="0" w:space="0" w:color="auto"/>
      </w:divBdr>
    </w:div>
    <w:div w:id="814300339">
      <w:bodyDiv w:val="1"/>
      <w:marLeft w:val="0"/>
      <w:marRight w:val="0"/>
      <w:marTop w:val="0"/>
      <w:marBottom w:val="0"/>
      <w:divBdr>
        <w:top w:val="none" w:sz="0" w:space="0" w:color="auto"/>
        <w:left w:val="none" w:sz="0" w:space="0" w:color="auto"/>
        <w:bottom w:val="none" w:sz="0" w:space="0" w:color="auto"/>
        <w:right w:val="none" w:sz="0" w:space="0" w:color="auto"/>
      </w:divBdr>
    </w:div>
    <w:div w:id="962658920">
      <w:bodyDiv w:val="1"/>
      <w:marLeft w:val="0"/>
      <w:marRight w:val="0"/>
      <w:marTop w:val="0"/>
      <w:marBottom w:val="0"/>
      <w:divBdr>
        <w:top w:val="none" w:sz="0" w:space="0" w:color="auto"/>
        <w:left w:val="none" w:sz="0" w:space="0" w:color="auto"/>
        <w:bottom w:val="none" w:sz="0" w:space="0" w:color="auto"/>
        <w:right w:val="none" w:sz="0" w:space="0" w:color="auto"/>
      </w:divBdr>
      <w:divsChild>
        <w:div w:id="815609820">
          <w:marLeft w:val="0"/>
          <w:marRight w:val="0"/>
          <w:marTop w:val="0"/>
          <w:marBottom w:val="0"/>
          <w:divBdr>
            <w:top w:val="none" w:sz="0" w:space="0" w:color="auto"/>
            <w:left w:val="none" w:sz="0" w:space="0" w:color="auto"/>
            <w:bottom w:val="none" w:sz="0" w:space="0" w:color="auto"/>
            <w:right w:val="none" w:sz="0" w:space="0" w:color="auto"/>
          </w:divBdr>
        </w:div>
        <w:div w:id="2104186786">
          <w:marLeft w:val="0"/>
          <w:marRight w:val="0"/>
          <w:marTop w:val="0"/>
          <w:marBottom w:val="0"/>
          <w:divBdr>
            <w:top w:val="none" w:sz="0" w:space="0" w:color="auto"/>
            <w:left w:val="none" w:sz="0" w:space="0" w:color="auto"/>
            <w:bottom w:val="none" w:sz="0" w:space="0" w:color="auto"/>
            <w:right w:val="none" w:sz="0" w:space="0" w:color="auto"/>
          </w:divBdr>
        </w:div>
        <w:div w:id="362905008">
          <w:marLeft w:val="0"/>
          <w:marRight w:val="0"/>
          <w:marTop w:val="0"/>
          <w:marBottom w:val="0"/>
          <w:divBdr>
            <w:top w:val="none" w:sz="0" w:space="0" w:color="auto"/>
            <w:left w:val="none" w:sz="0" w:space="0" w:color="auto"/>
            <w:bottom w:val="none" w:sz="0" w:space="0" w:color="auto"/>
            <w:right w:val="none" w:sz="0" w:space="0" w:color="auto"/>
          </w:divBdr>
        </w:div>
        <w:div w:id="58479009">
          <w:marLeft w:val="0"/>
          <w:marRight w:val="0"/>
          <w:marTop w:val="0"/>
          <w:marBottom w:val="0"/>
          <w:divBdr>
            <w:top w:val="none" w:sz="0" w:space="0" w:color="auto"/>
            <w:left w:val="none" w:sz="0" w:space="0" w:color="auto"/>
            <w:bottom w:val="none" w:sz="0" w:space="0" w:color="auto"/>
            <w:right w:val="none" w:sz="0" w:space="0" w:color="auto"/>
          </w:divBdr>
        </w:div>
      </w:divsChild>
    </w:div>
    <w:div w:id="1248231089">
      <w:bodyDiv w:val="1"/>
      <w:marLeft w:val="0"/>
      <w:marRight w:val="0"/>
      <w:marTop w:val="0"/>
      <w:marBottom w:val="0"/>
      <w:divBdr>
        <w:top w:val="none" w:sz="0" w:space="0" w:color="auto"/>
        <w:left w:val="none" w:sz="0" w:space="0" w:color="auto"/>
        <w:bottom w:val="none" w:sz="0" w:space="0" w:color="auto"/>
        <w:right w:val="none" w:sz="0" w:space="0" w:color="auto"/>
      </w:divBdr>
    </w:div>
    <w:div w:id="1455562772">
      <w:bodyDiv w:val="1"/>
      <w:marLeft w:val="0"/>
      <w:marRight w:val="0"/>
      <w:marTop w:val="0"/>
      <w:marBottom w:val="0"/>
      <w:divBdr>
        <w:top w:val="none" w:sz="0" w:space="0" w:color="auto"/>
        <w:left w:val="none" w:sz="0" w:space="0" w:color="auto"/>
        <w:bottom w:val="none" w:sz="0" w:space="0" w:color="auto"/>
        <w:right w:val="none" w:sz="0" w:space="0" w:color="auto"/>
      </w:divBdr>
      <w:divsChild>
        <w:div w:id="819613108">
          <w:marLeft w:val="0"/>
          <w:marRight w:val="0"/>
          <w:marTop w:val="0"/>
          <w:marBottom w:val="0"/>
          <w:divBdr>
            <w:top w:val="none" w:sz="0" w:space="0" w:color="auto"/>
            <w:left w:val="none" w:sz="0" w:space="0" w:color="auto"/>
            <w:bottom w:val="none" w:sz="0" w:space="0" w:color="auto"/>
            <w:right w:val="none" w:sz="0" w:space="0" w:color="auto"/>
          </w:divBdr>
          <w:divsChild>
            <w:div w:id="1020352700">
              <w:marLeft w:val="0"/>
              <w:marRight w:val="0"/>
              <w:marTop w:val="0"/>
              <w:marBottom w:val="0"/>
              <w:divBdr>
                <w:top w:val="none" w:sz="0" w:space="0" w:color="auto"/>
                <w:left w:val="none" w:sz="0" w:space="0" w:color="auto"/>
                <w:bottom w:val="none" w:sz="0" w:space="0" w:color="auto"/>
                <w:right w:val="none" w:sz="0" w:space="0" w:color="auto"/>
              </w:divBdr>
            </w:div>
            <w:div w:id="1504470274">
              <w:marLeft w:val="0"/>
              <w:marRight w:val="0"/>
              <w:marTop w:val="0"/>
              <w:marBottom w:val="0"/>
              <w:divBdr>
                <w:top w:val="none" w:sz="0" w:space="0" w:color="auto"/>
                <w:left w:val="none" w:sz="0" w:space="0" w:color="auto"/>
                <w:bottom w:val="none" w:sz="0" w:space="0" w:color="auto"/>
                <w:right w:val="none" w:sz="0" w:space="0" w:color="auto"/>
              </w:divBdr>
            </w:div>
            <w:div w:id="602034094">
              <w:marLeft w:val="0"/>
              <w:marRight w:val="0"/>
              <w:marTop w:val="0"/>
              <w:marBottom w:val="0"/>
              <w:divBdr>
                <w:top w:val="none" w:sz="0" w:space="0" w:color="auto"/>
                <w:left w:val="none" w:sz="0" w:space="0" w:color="auto"/>
                <w:bottom w:val="none" w:sz="0" w:space="0" w:color="auto"/>
                <w:right w:val="none" w:sz="0" w:space="0" w:color="auto"/>
              </w:divBdr>
            </w:div>
            <w:div w:id="1753817245">
              <w:marLeft w:val="0"/>
              <w:marRight w:val="0"/>
              <w:marTop w:val="0"/>
              <w:marBottom w:val="0"/>
              <w:divBdr>
                <w:top w:val="none" w:sz="0" w:space="0" w:color="auto"/>
                <w:left w:val="none" w:sz="0" w:space="0" w:color="auto"/>
                <w:bottom w:val="none" w:sz="0" w:space="0" w:color="auto"/>
                <w:right w:val="none" w:sz="0" w:space="0" w:color="auto"/>
              </w:divBdr>
            </w:div>
            <w:div w:id="1198394087">
              <w:marLeft w:val="0"/>
              <w:marRight w:val="0"/>
              <w:marTop w:val="0"/>
              <w:marBottom w:val="0"/>
              <w:divBdr>
                <w:top w:val="none" w:sz="0" w:space="0" w:color="auto"/>
                <w:left w:val="none" w:sz="0" w:space="0" w:color="auto"/>
                <w:bottom w:val="none" w:sz="0" w:space="0" w:color="auto"/>
                <w:right w:val="none" w:sz="0" w:space="0" w:color="auto"/>
              </w:divBdr>
            </w:div>
            <w:div w:id="954479375">
              <w:marLeft w:val="0"/>
              <w:marRight w:val="0"/>
              <w:marTop w:val="0"/>
              <w:marBottom w:val="0"/>
              <w:divBdr>
                <w:top w:val="none" w:sz="0" w:space="0" w:color="auto"/>
                <w:left w:val="none" w:sz="0" w:space="0" w:color="auto"/>
                <w:bottom w:val="none" w:sz="0" w:space="0" w:color="auto"/>
                <w:right w:val="none" w:sz="0" w:space="0" w:color="auto"/>
              </w:divBdr>
            </w:div>
            <w:div w:id="1309552925">
              <w:marLeft w:val="0"/>
              <w:marRight w:val="0"/>
              <w:marTop w:val="0"/>
              <w:marBottom w:val="0"/>
              <w:divBdr>
                <w:top w:val="none" w:sz="0" w:space="0" w:color="auto"/>
                <w:left w:val="none" w:sz="0" w:space="0" w:color="auto"/>
                <w:bottom w:val="none" w:sz="0" w:space="0" w:color="auto"/>
                <w:right w:val="none" w:sz="0" w:space="0" w:color="auto"/>
              </w:divBdr>
            </w:div>
            <w:div w:id="996029197">
              <w:marLeft w:val="0"/>
              <w:marRight w:val="0"/>
              <w:marTop w:val="0"/>
              <w:marBottom w:val="0"/>
              <w:divBdr>
                <w:top w:val="none" w:sz="0" w:space="0" w:color="auto"/>
                <w:left w:val="none" w:sz="0" w:space="0" w:color="auto"/>
                <w:bottom w:val="none" w:sz="0" w:space="0" w:color="auto"/>
                <w:right w:val="none" w:sz="0" w:space="0" w:color="auto"/>
              </w:divBdr>
            </w:div>
            <w:div w:id="2138447495">
              <w:marLeft w:val="0"/>
              <w:marRight w:val="0"/>
              <w:marTop w:val="0"/>
              <w:marBottom w:val="0"/>
              <w:divBdr>
                <w:top w:val="none" w:sz="0" w:space="0" w:color="auto"/>
                <w:left w:val="none" w:sz="0" w:space="0" w:color="auto"/>
                <w:bottom w:val="none" w:sz="0" w:space="0" w:color="auto"/>
                <w:right w:val="none" w:sz="0" w:space="0" w:color="auto"/>
              </w:divBdr>
            </w:div>
            <w:div w:id="951129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862480">
      <w:bodyDiv w:val="1"/>
      <w:marLeft w:val="0"/>
      <w:marRight w:val="0"/>
      <w:marTop w:val="0"/>
      <w:marBottom w:val="0"/>
      <w:divBdr>
        <w:top w:val="none" w:sz="0" w:space="0" w:color="auto"/>
        <w:left w:val="none" w:sz="0" w:space="0" w:color="auto"/>
        <w:bottom w:val="none" w:sz="0" w:space="0" w:color="auto"/>
        <w:right w:val="none" w:sz="0" w:space="0" w:color="auto"/>
      </w:divBdr>
      <w:divsChild>
        <w:div w:id="835462136">
          <w:marLeft w:val="0"/>
          <w:marRight w:val="0"/>
          <w:marTop w:val="0"/>
          <w:marBottom w:val="0"/>
          <w:divBdr>
            <w:top w:val="none" w:sz="0" w:space="0" w:color="auto"/>
            <w:left w:val="none" w:sz="0" w:space="0" w:color="auto"/>
            <w:bottom w:val="none" w:sz="0" w:space="0" w:color="auto"/>
            <w:right w:val="none" w:sz="0" w:space="0" w:color="auto"/>
          </w:divBdr>
          <w:divsChild>
            <w:div w:id="612977429">
              <w:marLeft w:val="0"/>
              <w:marRight w:val="0"/>
              <w:marTop w:val="0"/>
              <w:marBottom w:val="0"/>
              <w:divBdr>
                <w:top w:val="none" w:sz="0" w:space="0" w:color="auto"/>
                <w:left w:val="none" w:sz="0" w:space="0" w:color="auto"/>
                <w:bottom w:val="none" w:sz="0" w:space="0" w:color="auto"/>
                <w:right w:val="none" w:sz="0" w:space="0" w:color="auto"/>
              </w:divBdr>
            </w:div>
            <w:div w:id="1910649126">
              <w:marLeft w:val="0"/>
              <w:marRight w:val="0"/>
              <w:marTop w:val="0"/>
              <w:marBottom w:val="0"/>
              <w:divBdr>
                <w:top w:val="none" w:sz="0" w:space="0" w:color="auto"/>
                <w:left w:val="none" w:sz="0" w:space="0" w:color="auto"/>
                <w:bottom w:val="none" w:sz="0" w:space="0" w:color="auto"/>
                <w:right w:val="none" w:sz="0" w:space="0" w:color="auto"/>
              </w:divBdr>
            </w:div>
            <w:div w:id="204606248">
              <w:marLeft w:val="0"/>
              <w:marRight w:val="0"/>
              <w:marTop w:val="0"/>
              <w:marBottom w:val="0"/>
              <w:divBdr>
                <w:top w:val="none" w:sz="0" w:space="0" w:color="auto"/>
                <w:left w:val="none" w:sz="0" w:space="0" w:color="auto"/>
                <w:bottom w:val="none" w:sz="0" w:space="0" w:color="auto"/>
                <w:right w:val="none" w:sz="0" w:space="0" w:color="auto"/>
              </w:divBdr>
            </w:div>
            <w:div w:id="368190478">
              <w:marLeft w:val="0"/>
              <w:marRight w:val="0"/>
              <w:marTop w:val="0"/>
              <w:marBottom w:val="0"/>
              <w:divBdr>
                <w:top w:val="none" w:sz="0" w:space="0" w:color="auto"/>
                <w:left w:val="none" w:sz="0" w:space="0" w:color="auto"/>
                <w:bottom w:val="none" w:sz="0" w:space="0" w:color="auto"/>
                <w:right w:val="none" w:sz="0" w:space="0" w:color="auto"/>
              </w:divBdr>
            </w:div>
            <w:div w:id="750741085">
              <w:marLeft w:val="0"/>
              <w:marRight w:val="0"/>
              <w:marTop w:val="0"/>
              <w:marBottom w:val="0"/>
              <w:divBdr>
                <w:top w:val="none" w:sz="0" w:space="0" w:color="auto"/>
                <w:left w:val="none" w:sz="0" w:space="0" w:color="auto"/>
                <w:bottom w:val="none" w:sz="0" w:space="0" w:color="auto"/>
                <w:right w:val="none" w:sz="0" w:space="0" w:color="auto"/>
              </w:divBdr>
            </w:div>
            <w:div w:id="504054904">
              <w:marLeft w:val="0"/>
              <w:marRight w:val="0"/>
              <w:marTop w:val="0"/>
              <w:marBottom w:val="0"/>
              <w:divBdr>
                <w:top w:val="none" w:sz="0" w:space="0" w:color="auto"/>
                <w:left w:val="none" w:sz="0" w:space="0" w:color="auto"/>
                <w:bottom w:val="none" w:sz="0" w:space="0" w:color="auto"/>
                <w:right w:val="none" w:sz="0" w:space="0" w:color="auto"/>
              </w:divBdr>
            </w:div>
            <w:div w:id="1437214591">
              <w:marLeft w:val="0"/>
              <w:marRight w:val="0"/>
              <w:marTop w:val="0"/>
              <w:marBottom w:val="0"/>
              <w:divBdr>
                <w:top w:val="none" w:sz="0" w:space="0" w:color="auto"/>
                <w:left w:val="none" w:sz="0" w:space="0" w:color="auto"/>
                <w:bottom w:val="none" w:sz="0" w:space="0" w:color="auto"/>
                <w:right w:val="none" w:sz="0" w:space="0" w:color="auto"/>
              </w:divBdr>
            </w:div>
            <w:div w:id="1211695458">
              <w:marLeft w:val="0"/>
              <w:marRight w:val="0"/>
              <w:marTop w:val="0"/>
              <w:marBottom w:val="0"/>
              <w:divBdr>
                <w:top w:val="none" w:sz="0" w:space="0" w:color="auto"/>
                <w:left w:val="none" w:sz="0" w:space="0" w:color="auto"/>
                <w:bottom w:val="none" w:sz="0" w:space="0" w:color="auto"/>
                <w:right w:val="none" w:sz="0" w:space="0" w:color="auto"/>
              </w:divBdr>
            </w:div>
            <w:div w:id="108665358">
              <w:marLeft w:val="0"/>
              <w:marRight w:val="0"/>
              <w:marTop w:val="0"/>
              <w:marBottom w:val="0"/>
              <w:divBdr>
                <w:top w:val="none" w:sz="0" w:space="0" w:color="auto"/>
                <w:left w:val="none" w:sz="0" w:space="0" w:color="auto"/>
                <w:bottom w:val="none" w:sz="0" w:space="0" w:color="auto"/>
                <w:right w:val="none" w:sz="0" w:space="0" w:color="auto"/>
              </w:divBdr>
            </w:div>
            <w:div w:id="704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ululiwe.Nxumalo2@kznhealth.gov.za" TargetMode="External"/><Relationship Id="rId13" Type="http://schemas.openxmlformats.org/officeDocument/2006/relationships/hyperlink" Target="https://www.umn.org.np/" TargetMode="External"/><Relationship Id="rId3" Type="http://schemas.openxmlformats.org/officeDocument/2006/relationships/styles" Target="styles.xml"/><Relationship Id="rId7" Type="http://schemas.openxmlformats.org/officeDocument/2006/relationships/hyperlink" Target="mailto:Lungile.Hobe@kznhealth.gov.za" TargetMode="External"/><Relationship Id="rId12" Type="http://schemas.openxmlformats.org/officeDocument/2006/relationships/hyperlink" Target="mailto:medical.electives@umn.org.n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mailto:llhobe@gmail.com" TargetMode="External"/><Relationship Id="rId11" Type="http://schemas.openxmlformats.org/officeDocument/2006/relationships/hyperlink" Target="https://web.facebook.com/Nkhomamissionhospita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kznhealth.gov.za/" TargetMode="External"/><Relationship Id="rId4" Type="http://schemas.openxmlformats.org/officeDocument/2006/relationships/settings" Target="settings.xml"/><Relationship Id="rId9" Type="http://schemas.openxmlformats.org/officeDocument/2006/relationships/hyperlink" Target="mailto:mselenihospitalhrd@gmail.com" TargetMode="External"/><Relationship Id="rId14" Type="http://schemas.openxmlformats.org/officeDocument/2006/relationships/hyperlink" Target="mailto:medical.electives@umn.org.n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1213</Words>
  <Characters>6919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8116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victor fredlund</cp:lastModifiedBy>
  <cp:revision>2</cp:revision>
  <dcterms:created xsi:type="dcterms:W3CDTF">2025-05-19T19:36:00Z</dcterms:created>
  <dcterms:modified xsi:type="dcterms:W3CDTF">2025-05-19T19:36:00Z</dcterms:modified>
  <cp:category/>
</cp:coreProperties>
</file>